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59A5A850" w14:textId="15D88AD7" w:rsidR="00606390" w:rsidRPr="00AF6ACC" w:rsidRDefault="0014577C">
      <w:pPr>
        <w:spacing w:after="6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4"/>
        </w:rPr>
        <w:t xml:space="preserve">na udzielanie świadczeń zdrowotnych </w:t>
      </w:r>
      <w:r w:rsidR="006B16A8" w:rsidRPr="006B16A8">
        <w:rPr>
          <w:rFonts w:asciiTheme="minorHAnsi" w:hAnsiTheme="minorHAnsi"/>
          <w:b/>
          <w:sz w:val="24"/>
        </w:rPr>
        <w:t xml:space="preserve">przez </w:t>
      </w:r>
      <w:r w:rsidR="00001A69">
        <w:rPr>
          <w:rFonts w:asciiTheme="minorHAnsi" w:hAnsiTheme="minorHAnsi"/>
          <w:b/>
          <w:sz w:val="24"/>
        </w:rPr>
        <w:t>diagnostkę/</w:t>
      </w:r>
      <w:r w:rsidR="006B16A8" w:rsidRPr="006B16A8">
        <w:rPr>
          <w:rFonts w:asciiTheme="minorHAnsi" w:hAnsiTheme="minorHAnsi"/>
          <w:b/>
          <w:sz w:val="24"/>
        </w:rPr>
        <w:t xml:space="preserve">diagnostę laboratoryjnego </w:t>
      </w:r>
      <w:r w:rsidR="00864418" w:rsidRPr="00864418">
        <w:rPr>
          <w:rFonts w:asciiTheme="minorHAnsi" w:hAnsiTheme="minorHAnsi"/>
          <w:b/>
          <w:sz w:val="24"/>
        </w:rPr>
        <w:t xml:space="preserve">wraz z koordynacją Pracowni Mikrobiologii </w:t>
      </w:r>
    </w:p>
    <w:p w14:paraId="4336FBF9" w14:textId="77777777" w:rsidR="00606390" w:rsidRPr="00AF6ACC" w:rsidRDefault="0014577C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78DB8608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5DA4DDA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Przedmiotem konkursu jest </w:t>
      </w:r>
      <w:r w:rsidR="00F440C8" w:rsidRPr="00F440C8">
        <w:rPr>
          <w:rFonts w:asciiTheme="minorHAnsi" w:hAnsiTheme="minorHAnsi"/>
          <w:sz w:val="21"/>
        </w:rPr>
        <w:t xml:space="preserve">udzielanie świadczeń zdrowotnych </w:t>
      </w:r>
      <w:r w:rsidR="006B16A8" w:rsidRPr="006B16A8">
        <w:rPr>
          <w:rFonts w:asciiTheme="minorHAnsi" w:hAnsiTheme="minorHAnsi"/>
          <w:sz w:val="21"/>
        </w:rPr>
        <w:t xml:space="preserve">przez </w:t>
      </w:r>
      <w:r w:rsidR="00001A69">
        <w:rPr>
          <w:rFonts w:asciiTheme="minorHAnsi" w:hAnsiTheme="minorHAnsi"/>
          <w:sz w:val="21"/>
        </w:rPr>
        <w:t>diagnostkę/</w:t>
      </w:r>
      <w:r w:rsidR="006B16A8" w:rsidRPr="006B16A8">
        <w:rPr>
          <w:rFonts w:asciiTheme="minorHAnsi" w:hAnsiTheme="minorHAnsi"/>
          <w:sz w:val="21"/>
        </w:rPr>
        <w:t xml:space="preserve">diagnostę laboratoryjnego </w:t>
      </w:r>
      <w:r w:rsidR="00920598" w:rsidRPr="00920598">
        <w:rPr>
          <w:rFonts w:asciiTheme="minorHAnsi" w:hAnsiTheme="minorHAnsi"/>
          <w:sz w:val="21"/>
        </w:rPr>
        <w:t>wraz z koordynacją Pracowni Mikrobiologii</w:t>
      </w:r>
      <w:r w:rsidRPr="00AF6ACC">
        <w:rPr>
          <w:rFonts w:asciiTheme="minorHAnsi" w:hAnsiTheme="minorHAnsi"/>
          <w:sz w:val="21"/>
        </w:rPr>
        <w:t xml:space="preserve"> Udzielającego zamówienia, zgodnie </w:t>
      </w:r>
      <w:r w:rsidR="00001A69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 xml:space="preserve">z posiadanymi kwalifikacjami, aktualną wiedzą medyczną, obowiązującymi procedurami </w:t>
      </w:r>
      <w:r w:rsidR="00001A69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harmonogramem ustalanym</w:t>
      </w:r>
      <w:r w:rsidR="00E106C7">
        <w:rPr>
          <w:rFonts w:asciiTheme="minorHAnsi" w:hAnsiTheme="minorHAnsi"/>
          <w:sz w:val="21"/>
        </w:rPr>
        <w:t xml:space="preserve"> z</w:t>
      </w:r>
      <w:r w:rsidRPr="00AF6ACC">
        <w:rPr>
          <w:rFonts w:asciiTheme="minorHAnsi" w:hAnsiTheme="minorHAnsi"/>
          <w:sz w:val="21"/>
        </w:rPr>
        <w:t xml:space="preserve"> Udzielającego zamówienia.</w:t>
      </w:r>
    </w:p>
    <w:p w14:paraId="322DCC76" w14:textId="10A49307" w:rsidR="00110563" w:rsidRPr="007147EC" w:rsidRDefault="0014577C" w:rsidP="007147E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EE1CD4">
        <w:rPr>
          <w:rFonts w:asciiTheme="minorHAnsi" w:hAnsiTheme="minorHAnsi"/>
          <w:sz w:val="21"/>
        </w:rPr>
        <w:t>1</w:t>
      </w:r>
    </w:p>
    <w:p w14:paraId="4A5F1DF7" w14:textId="74AEEBC6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F440C8">
        <w:rPr>
          <w:rFonts w:asciiTheme="minorHAnsi" w:hAnsiTheme="minorHAnsi"/>
          <w:sz w:val="21"/>
        </w:rPr>
        <w:t xml:space="preserve">jest </w:t>
      </w:r>
      <w:r w:rsidR="00920598">
        <w:rPr>
          <w:rFonts w:asciiTheme="minorHAnsi" w:hAnsiTheme="minorHAnsi"/>
          <w:sz w:val="21"/>
        </w:rPr>
        <w:t>Pracownia Mikrobiologii</w:t>
      </w:r>
      <w:r w:rsidRPr="00AF6ACC">
        <w:rPr>
          <w:rFonts w:asciiTheme="minorHAnsi" w:hAnsiTheme="minorHAnsi"/>
          <w:sz w:val="21"/>
        </w:rPr>
        <w:t xml:space="preserve"> Wojewódzkiego Specjalistycznego Szpitala Dziecięcego im. prof. dr. Stanisława Popowskiego w Olsztynie.</w:t>
      </w:r>
    </w:p>
    <w:p w14:paraId="3E0D69B8" w14:textId="2CBC569B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</w:t>
      </w:r>
      <w:r w:rsidR="003023F6">
        <w:rPr>
          <w:rFonts w:asciiTheme="minorHAnsi" w:hAnsiTheme="minorHAnsi"/>
          <w:sz w:val="21"/>
        </w:rPr>
        <w:t>1</w:t>
      </w:r>
      <w:r w:rsidR="00F440C8">
        <w:rPr>
          <w:rFonts w:asciiTheme="minorHAnsi" w:hAnsiTheme="minorHAnsi"/>
          <w:sz w:val="21"/>
        </w:rPr>
        <w:t>.</w:t>
      </w:r>
      <w:r w:rsidR="003023F6">
        <w:rPr>
          <w:rFonts w:asciiTheme="minorHAnsi" w:hAnsiTheme="minorHAnsi"/>
          <w:sz w:val="21"/>
        </w:rPr>
        <w:t>12</w:t>
      </w:r>
      <w:r w:rsidR="00F440C8">
        <w:rPr>
          <w:rFonts w:asciiTheme="minorHAnsi" w:hAnsiTheme="minorHAnsi"/>
          <w:sz w:val="21"/>
        </w:rPr>
        <w:t>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04F5FEBB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001A69">
        <w:rPr>
          <w:rFonts w:asciiTheme="minorHAnsi" w:hAnsiTheme="minorHAnsi"/>
          <w:sz w:val="21"/>
        </w:rPr>
        <w:t>0</w:t>
      </w:r>
      <w:r w:rsidR="00DA45E6">
        <w:rPr>
          <w:rFonts w:asciiTheme="minorHAnsi" w:hAnsiTheme="minorHAnsi"/>
          <w:sz w:val="21"/>
        </w:rPr>
        <w:t>2</w:t>
      </w:r>
      <w:r w:rsidR="00F440C8">
        <w:rPr>
          <w:rFonts w:asciiTheme="minorHAnsi" w:hAnsiTheme="minorHAnsi"/>
          <w:sz w:val="21"/>
        </w:rPr>
        <w:t>.1</w:t>
      </w:r>
      <w:r w:rsidR="00001A69">
        <w:rPr>
          <w:rFonts w:asciiTheme="minorHAnsi" w:hAnsiTheme="minorHAnsi"/>
          <w:sz w:val="21"/>
        </w:rPr>
        <w:t>1</w:t>
      </w:r>
      <w:r w:rsidR="00F440C8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46BD0448" w:rsidR="00606390" w:rsidRPr="00E511E0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001A69">
        <w:rPr>
          <w:rFonts w:asciiTheme="minorHAnsi" w:hAnsiTheme="minorHAnsi"/>
          <w:sz w:val="21"/>
        </w:rPr>
        <w:t>02</w:t>
      </w:r>
      <w:r w:rsidR="00F440C8">
        <w:rPr>
          <w:rFonts w:asciiTheme="minorHAnsi" w:hAnsiTheme="minorHAnsi"/>
          <w:sz w:val="21"/>
        </w:rPr>
        <w:t>.1</w:t>
      </w:r>
      <w:r w:rsidR="00001A69">
        <w:rPr>
          <w:rFonts w:asciiTheme="minorHAnsi" w:hAnsiTheme="minorHAnsi"/>
          <w:sz w:val="21"/>
        </w:rPr>
        <w:t>1</w:t>
      </w:r>
      <w:r w:rsidR="00F440C8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o godz. 1</w:t>
      </w:r>
      <w:r w:rsidR="00E511E0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7F1AB34A" w14:textId="6840A2A0" w:rsidR="00E511E0" w:rsidRPr="00E511E0" w:rsidRDefault="00E511E0" w:rsidP="00E511E0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 xml:space="preserve">Konkurs zostanie rozstrzygnięty w siedzibie Udzielającego zamówienia w dniu </w:t>
      </w:r>
      <w:r w:rsidR="00001A69">
        <w:rPr>
          <w:rFonts w:asciiTheme="minorHAnsi" w:hAnsiTheme="minorHAnsi"/>
        </w:rPr>
        <w:t>06</w:t>
      </w:r>
      <w:r w:rsidRPr="00E511E0">
        <w:rPr>
          <w:rFonts w:asciiTheme="minorHAnsi" w:hAnsiTheme="minorHAnsi"/>
        </w:rPr>
        <w:t>.1</w:t>
      </w:r>
      <w:r w:rsidR="00001A69">
        <w:rPr>
          <w:rFonts w:asciiTheme="minorHAnsi" w:hAnsiTheme="minorHAnsi"/>
        </w:rPr>
        <w:t>1</w:t>
      </w:r>
      <w:r w:rsidRPr="00E511E0">
        <w:rPr>
          <w:rFonts w:asciiTheme="minorHAnsi" w:hAnsiTheme="minorHAnsi"/>
        </w:rPr>
        <w:t xml:space="preserve">.2026 r. </w:t>
      </w:r>
    </w:p>
    <w:p w14:paraId="30F424DE" w14:textId="3E5D0AE7" w:rsidR="00E511E0" w:rsidRPr="00AF6ACC" w:rsidRDefault="00E511E0" w:rsidP="00E511E0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3601A1BA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konkursu może przystąpić osoba posiadająca kwalifikacje do wykonywania zawodu pielęgniarki lub pielęgniarza, uprawniona do udzielania świadczeń zdrowotnych w formie dopuszczonej przepisami prawa.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40797223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</w:t>
      </w:r>
      <w:r w:rsidR="007229AB">
        <w:rPr>
          <w:rFonts w:asciiTheme="minorHAnsi" w:hAnsiTheme="minorHAnsi"/>
          <w:sz w:val="21"/>
        </w:rPr>
        <w:t>specjalizację z mikrobiologii medycznej</w:t>
      </w:r>
      <w:r w:rsidRPr="00AF6ACC">
        <w:rPr>
          <w:rFonts w:asciiTheme="minorHAnsi" w:hAnsiTheme="minorHAnsi"/>
          <w:sz w:val="21"/>
        </w:rPr>
        <w:t>;</w:t>
      </w:r>
    </w:p>
    <w:p w14:paraId="309C0CCC" w14:textId="7B10D27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</w:t>
      </w:r>
      <w:r w:rsidR="005A4C0A" w:rsidRPr="00AF6ACC">
        <w:rPr>
          <w:rFonts w:asciiTheme="minorHAnsi" w:hAnsiTheme="minorHAnsi"/>
          <w:sz w:val="21"/>
        </w:rPr>
        <w:t>kwalifikacje</w:t>
      </w:r>
      <w:r w:rsidR="006166DB">
        <w:rPr>
          <w:rFonts w:asciiTheme="minorHAnsi" w:hAnsiTheme="minorHAnsi"/>
          <w:sz w:val="21"/>
        </w:rPr>
        <w:t xml:space="preserve"> </w:t>
      </w:r>
      <w:r w:rsidRPr="00AF6ACC">
        <w:rPr>
          <w:rFonts w:asciiTheme="minorHAnsi" w:hAnsiTheme="minorHAnsi"/>
          <w:sz w:val="21"/>
        </w:rPr>
        <w:t>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3365DD6D" w:rsidR="00606390" w:rsidRPr="00AF6ACC" w:rsidRDefault="0014577C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7229AB" w:rsidRPr="007229AB">
        <w:rPr>
          <w:rFonts w:asciiTheme="minorHAnsi" w:hAnsiTheme="minorHAnsi"/>
          <w:b/>
          <w:sz w:val="21"/>
        </w:rPr>
        <w:t xml:space="preserve">udzielanie świadczeń zdrowotnych </w:t>
      </w:r>
      <w:r w:rsidR="006B16A8" w:rsidRPr="006B16A8">
        <w:rPr>
          <w:rFonts w:asciiTheme="minorHAnsi" w:hAnsiTheme="minorHAnsi"/>
          <w:b/>
          <w:sz w:val="21"/>
        </w:rPr>
        <w:t xml:space="preserve">przez </w:t>
      </w:r>
      <w:r w:rsidR="00001A69">
        <w:rPr>
          <w:rFonts w:asciiTheme="minorHAnsi" w:hAnsiTheme="minorHAnsi"/>
          <w:b/>
          <w:sz w:val="21"/>
        </w:rPr>
        <w:t>diagnostkę/</w:t>
      </w:r>
      <w:r w:rsidR="006B16A8" w:rsidRPr="006B16A8">
        <w:rPr>
          <w:rFonts w:asciiTheme="minorHAnsi" w:hAnsiTheme="minorHAnsi"/>
          <w:b/>
          <w:sz w:val="21"/>
        </w:rPr>
        <w:t xml:space="preserve">diagnostę laboratoryjnego </w:t>
      </w:r>
      <w:r w:rsidR="007229AB" w:rsidRPr="007229AB">
        <w:rPr>
          <w:rFonts w:asciiTheme="minorHAnsi" w:hAnsiTheme="minorHAnsi"/>
          <w:b/>
          <w:sz w:val="21"/>
        </w:rPr>
        <w:t>wraz z koordynacją Pracowni Mikrobiologii</w:t>
      </w:r>
      <w:r w:rsidR="007229AB">
        <w:rPr>
          <w:rFonts w:asciiTheme="minorHAnsi" w:hAnsiTheme="minorHAnsi"/>
          <w:b/>
          <w:sz w:val="21"/>
        </w:rPr>
        <w:t>”</w:t>
      </w:r>
      <w:r w:rsidR="007229AB" w:rsidRPr="007229AB">
        <w:rPr>
          <w:rFonts w:asciiTheme="minorHAnsi" w:hAnsiTheme="minorHAnsi"/>
          <w:b/>
          <w:sz w:val="21"/>
        </w:rPr>
        <w:t xml:space="preserve"> 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B72884">
      <w:pPr>
        <w:pStyle w:val="Akapitzlist"/>
        <w:numPr>
          <w:ilvl w:val="0"/>
          <w:numId w:val="19"/>
        </w:numPr>
        <w:spacing w:after="80"/>
        <w:ind w:hanging="218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103"/>
        <w:gridCol w:w="2977"/>
      </w:tblGrid>
      <w:tr w:rsidR="00606390" w:rsidRPr="00AF6ACC" w14:paraId="1D563A8C" w14:textId="77777777" w:rsidTr="00A001ED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10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97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A001ED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2E4AC96D" w:rsidR="00606390" w:rsidRPr="00AF6ACC" w:rsidRDefault="00DD6F66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Kwota wynagrodzenia ryczałtowego za koordynację Pracowni i udzielanie świadczeń zdrowotnych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2F93B5D2" w:rsidR="00606390" w:rsidRPr="00AF6ACC" w:rsidRDefault="00DD6F66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7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DD6F66">
        <w:trPr>
          <w:trHeight w:val="190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506D9CD6" w:rsidR="00606390" w:rsidRPr="00AF6ACC" w:rsidRDefault="00DD6F66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Kwota wynagrodzenia za udzielanie świadczeń zdrowotnych w niedziele, święta i dni wolne od pracy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73551E8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DD6F66" w:rsidRPr="00AF6ACC" w14:paraId="2ACFDC38" w14:textId="77777777" w:rsidTr="00A001ED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E18365" w14:textId="50B30E2F" w:rsidR="00DD6F66" w:rsidRPr="00AF6ACC" w:rsidRDefault="00DD6F66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lastRenderedPageBreak/>
              <w:t>3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7A72F0" w14:textId="7CF7F2F1" w:rsidR="00DD6F66" w:rsidRPr="00AF6ACC" w:rsidRDefault="00DD6F66">
            <w:pPr>
              <w:spacing w:after="0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Posiadanie tytułu naukowego i specjalizacji z mikrobiologii medycznej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983256" w14:textId="01D9DB1A" w:rsidR="00DD6F66" w:rsidRPr="00AF6ACC" w:rsidRDefault="00DD6F66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5%</w:t>
            </w:r>
          </w:p>
        </w:tc>
      </w:tr>
      <w:tr w:rsidR="00DD6F66" w:rsidRPr="00AF6ACC" w14:paraId="0AB9294E" w14:textId="77777777" w:rsidTr="00A001ED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24FCB5" w14:textId="7C724BA8" w:rsidR="00DD6F66" w:rsidRDefault="00DD6F66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4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FF6CDF" w14:textId="3FCE0749" w:rsidR="00DD6F66" w:rsidRDefault="00DD6F66">
            <w:pPr>
              <w:spacing w:after="0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Posiadanie min. 5 lat pracy zawodowej w Pracowni Mikrobiologii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005492" w14:textId="66986861" w:rsidR="00DD6F66" w:rsidRDefault="00DD6F66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5%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1E9EFDE3" w:rsidR="00606390" w:rsidRPr="00AF6ACC" w:rsidRDefault="0014577C" w:rsidP="00B72884">
      <w:pPr>
        <w:pStyle w:val="Akapitzlist"/>
        <w:numPr>
          <w:ilvl w:val="0"/>
          <w:numId w:val="19"/>
        </w:numPr>
        <w:spacing w:after="80"/>
        <w:ind w:hanging="218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</w:t>
      </w:r>
      <w:r w:rsidR="00B72884">
        <w:rPr>
          <w:rFonts w:asciiTheme="minorHAnsi" w:hAnsiTheme="minorHAnsi"/>
          <w:sz w:val="21"/>
        </w:rPr>
        <w:t>wynagrodzenie</w:t>
      </w:r>
      <w:r w:rsidRPr="00AF6ACC">
        <w:rPr>
          <w:rFonts w:asciiTheme="minorHAnsi" w:hAnsiTheme="minorHAnsi"/>
          <w:sz w:val="21"/>
        </w:rPr>
        <w:t xml:space="preserve"> oblicza się według wzoru: </w:t>
      </w:r>
      <w:r w:rsidR="00B72884">
        <w:rPr>
          <w:rFonts w:asciiTheme="minorHAnsi" w:hAnsiTheme="minorHAnsi"/>
          <w:sz w:val="21"/>
        </w:rPr>
        <w:t>W</w:t>
      </w:r>
      <w:r w:rsidRPr="00AF6ACC">
        <w:rPr>
          <w:rFonts w:asciiTheme="minorHAnsi" w:hAnsiTheme="minorHAnsi"/>
          <w:sz w:val="21"/>
        </w:rPr>
        <w:t xml:space="preserve"> = (najniższa zaoferowana </w:t>
      </w:r>
      <w:r w:rsidR="00B72884">
        <w:rPr>
          <w:rFonts w:asciiTheme="minorHAnsi" w:hAnsiTheme="minorHAnsi"/>
          <w:sz w:val="21"/>
        </w:rPr>
        <w:t>kwota</w:t>
      </w:r>
      <w:r w:rsidRPr="00AF6ACC">
        <w:rPr>
          <w:rFonts w:asciiTheme="minorHAnsi" w:hAnsiTheme="minorHAnsi"/>
          <w:sz w:val="21"/>
        </w:rPr>
        <w:t xml:space="preserve"> / </w:t>
      </w:r>
      <w:r w:rsidR="00B72884">
        <w:rPr>
          <w:rFonts w:asciiTheme="minorHAnsi" w:hAnsiTheme="minorHAnsi"/>
          <w:sz w:val="21"/>
        </w:rPr>
        <w:t>kwota</w:t>
      </w:r>
      <w:r w:rsidRPr="00AF6ACC">
        <w:rPr>
          <w:rFonts w:asciiTheme="minorHAnsi" w:hAnsiTheme="minorHAnsi"/>
          <w:sz w:val="21"/>
        </w:rPr>
        <w:t xml:space="preserve"> badanej oferty) × </w:t>
      </w:r>
      <w:r w:rsidR="00B72884">
        <w:rPr>
          <w:rFonts w:asciiTheme="minorHAnsi" w:hAnsiTheme="minorHAnsi"/>
          <w:sz w:val="21"/>
        </w:rPr>
        <w:t>7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4B31FCFE" w:rsidR="00606390" w:rsidRPr="00AF6ACC" w:rsidRDefault="0014577C" w:rsidP="00B72884">
      <w:pPr>
        <w:pStyle w:val="Akapitzlist"/>
        <w:numPr>
          <w:ilvl w:val="0"/>
          <w:numId w:val="19"/>
        </w:numPr>
        <w:spacing w:after="80"/>
        <w:ind w:hanging="218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</w:t>
      </w:r>
      <w:r w:rsidR="00B72884">
        <w:rPr>
          <w:rFonts w:asciiTheme="minorHAnsi" w:hAnsiTheme="minorHAnsi"/>
          <w:sz w:val="21"/>
        </w:rPr>
        <w:t>udzielanie świadczeń zdrowotnych w niedziele, święta i dni wolne od pracy</w:t>
      </w:r>
      <w:r w:rsidRPr="00AF6ACC">
        <w:rPr>
          <w:rFonts w:asciiTheme="minorHAnsi" w:hAnsiTheme="minorHAnsi"/>
          <w:sz w:val="21"/>
        </w:rPr>
        <w:t>:</w:t>
      </w:r>
    </w:p>
    <w:p w14:paraId="3468705A" w14:textId="7E00D376" w:rsidR="00606390" w:rsidRPr="00B72884" w:rsidRDefault="0014577C" w:rsidP="00B72884">
      <w:pPr>
        <w:pStyle w:val="Akapitzlist"/>
        <w:numPr>
          <w:ilvl w:val="0"/>
          <w:numId w:val="43"/>
        </w:numPr>
        <w:spacing w:after="60" w:line="257" w:lineRule="auto"/>
        <w:ind w:left="709" w:hanging="229"/>
        <w:jc w:val="both"/>
        <w:rPr>
          <w:rFonts w:asciiTheme="minorHAnsi" w:hAnsiTheme="minorHAnsi"/>
          <w:sz w:val="21"/>
          <w:szCs w:val="21"/>
        </w:rPr>
      </w:pPr>
      <w:r w:rsidRPr="00B72884">
        <w:rPr>
          <w:rFonts w:asciiTheme="minorHAnsi" w:hAnsiTheme="minorHAnsi"/>
          <w:sz w:val="21"/>
          <w:szCs w:val="21"/>
        </w:rPr>
        <w:t>gotowość do świadczeń w niedziele</w:t>
      </w:r>
      <w:r w:rsidR="00B72884" w:rsidRPr="00B72884">
        <w:rPr>
          <w:rFonts w:asciiTheme="minorHAnsi" w:hAnsiTheme="minorHAnsi"/>
          <w:sz w:val="21"/>
          <w:szCs w:val="21"/>
        </w:rPr>
        <w:t>,</w:t>
      </w:r>
      <w:r w:rsidRPr="00B72884">
        <w:rPr>
          <w:rFonts w:asciiTheme="minorHAnsi" w:hAnsiTheme="minorHAnsi"/>
          <w:sz w:val="21"/>
          <w:szCs w:val="21"/>
        </w:rPr>
        <w:t xml:space="preserve"> święta</w:t>
      </w:r>
      <w:r w:rsidR="00B72884" w:rsidRPr="00B72884">
        <w:rPr>
          <w:rFonts w:asciiTheme="minorHAnsi" w:hAnsiTheme="minorHAnsi"/>
          <w:sz w:val="21"/>
          <w:szCs w:val="21"/>
        </w:rPr>
        <w:t xml:space="preserve"> i dni wolne</w:t>
      </w:r>
      <w:r w:rsidRPr="00B72884">
        <w:rPr>
          <w:rFonts w:asciiTheme="minorHAnsi" w:hAnsiTheme="minorHAnsi"/>
          <w:sz w:val="21"/>
          <w:szCs w:val="21"/>
        </w:rPr>
        <w:t xml:space="preserve"> – 20 pkt;</w:t>
      </w:r>
    </w:p>
    <w:p w14:paraId="0CBBE750" w14:textId="6DB5D890" w:rsidR="00B72884" w:rsidRPr="00B72884" w:rsidRDefault="00B72884" w:rsidP="00B72884">
      <w:pPr>
        <w:pStyle w:val="Akapitzlist"/>
        <w:numPr>
          <w:ilvl w:val="0"/>
          <w:numId w:val="19"/>
        </w:numPr>
        <w:spacing w:after="60" w:line="257" w:lineRule="auto"/>
        <w:ind w:hanging="218"/>
        <w:jc w:val="both"/>
        <w:rPr>
          <w:rFonts w:asciiTheme="minorHAnsi" w:hAnsiTheme="minorHAnsi"/>
          <w:sz w:val="21"/>
          <w:szCs w:val="21"/>
        </w:rPr>
      </w:pPr>
      <w:r w:rsidRPr="00B72884">
        <w:rPr>
          <w:rFonts w:asciiTheme="minorHAnsi" w:hAnsiTheme="minorHAnsi"/>
          <w:sz w:val="21"/>
          <w:szCs w:val="21"/>
        </w:rPr>
        <w:t>Punkty za posiadanie tytułu naukowego i specjalizacji z mikrobiologii medycznej – 5 pkt</w:t>
      </w:r>
    </w:p>
    <w:p w14:paraId="203B2B80" w14:textId="21AD1CF2" w:rsidR="00B72884" w:rsidRPr="00B72884" w:rsidRDefault="00B72884" w:rsidP="00B72884">
      <w:pPr>
        <w:pStyle w:val="Akapitzlist"/>
        <w:numPr>
          <w:ilvl w:val="0"/>
          <w:numId w:val="19"/>
        </w:numPr>
        <w:spacing w:after="60" w:line="257" w:lineRule="auto"/>
        <w:ind w:hanging="218"/>
        <w:jc w:val="both"/>
        <w:rPr>
          <w:rFonts w:asciiTheme="minorHAnsi" w:hAnsiTheme="minorHAnsi"/>
          <w:sz w:val="21"/>
          <w:szCs w:val="21"/>
        </w:rPr>
      </w:pPr>
      <w:r w:rsidRPr="00B72884">
        <w:rPr>
          <w:rFonts w:asciiTheme="minorHAnsi" w:hAnsiTheme="minorHAnsi"/>
          <w:sz w:val="21"/>
          <w:szCs w:val="21"/>
        </w:rPr>
        <w:t>Punkty za posiadanie min. 5 lat pracy zawodowej w Pracowni Mikrobiologii - 5 pkt</w:t>
      </w:r>
    </w:p>
    <w:p w14:paraId="25AAE98A" w14:textId="366CC625" w:rsidR="00606390" w:rsidRPr="00AF6ACC" w:rsidRDefault="0014577C" w:rsidP="00B72884">
      <w:pPr>
        <w:pStyle w:val="Akapitzlist"/>
        <w:numPr>
          <w:ilvl w:val="0"/>
          <w:numId w:val="19"/>
        </w:numPr>
        <w:spacing w:after="80"/>
        <w:ind w:hanging="218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B72884">
      <w:pPr>
        <w:pStyle w:val="Akapitzlist"/>
        <w:numPr>
          <w:ilvl w:val="0"/>
          <w:numId w:val="19"/>
        </w:numPr>
        <w:spacing w:after="80"/>
        <w:ind w:hanging="218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B72884">
      <w:pPr>
        <w:pStyle w:val="Akapitzlist"/>
        <w:numPr>
          <w:ilvl w:val="0"/>
          <w:numId w:val="19"/>
        </w:numPr>
        <w:spacing w:after="80"/>
        <w:ind w:hanging="218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6185048D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73855E9D" w:rsidR="00606390" w:rsidRPr="00AA1F36" w:rsidRDefault="007537AA">
      <w:pPr>
        <w:jc w:val="right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…</w:t>
      </w:r>
      <w:r w:rsidR="0014577C" w:rsidRPr="00AF6ACC">
        <w:rPr>
          <w:rFonts w:asciiTheme="minorHAnsi" w:hAnsiTheme="minorHAnsi"/>
          <w:sz w:val="21"/>
        </w:rPr>
        <w:t>………………………</w:t>
      </w:r>
      <w:r w:rsidR="0014577C"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185D0" w14:textId="77777777" w:rsidR="003404FC" w:rsidRPr="00AF6ACC" w:rsidRDefault="003404FC">
      <w:pPr>
        <w:spacing w:after="0" w:line="240" w:lineRule="auto"/>
      </w:pPr>
      <w:r w:rsidRPr="00AF6ACC">
        <w:separator/>
      </w:r>
    </w:p>
  </w:endnote>
  <w:endnote w:type="continuationSeparator" w:id="0">
    <w:p w14:paraId="7630F745" w14:textId="77777777" w:rsidR="003404FC" w:rsidRPr="00AF6ACC" w:rsidRDefault="003404FC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DB63B" w14:textId="77777777" w:rsidR="003404FC" w:rsidRPr="00AF6ACC" w:rsidRDefault="003404FC">
      <w:pPr>
        <w:spacing w:after="0" w:line="240" w:lineRule="auto"/>
      </w:pPr>
      <w:r w:rsidRPr="00AF6ACC">
        <w:separator/>
      </w:r>
    </w:p>
  </w:footnote>
  <w:footnote w:type="continuationSeparator" w:id="0">
    <w:p w14:paraId="3DBD3AA8" w14:textId="77777777" w:rsidR="003404FC" w:rsidRPr="00AF6ACC" w:rsidRDefault="003404FC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F5D06D9"/>
    <w:multiLevelType w:val="hybridMultilevel"/>
    <w:tmpl w:val="839675F4"/>
    <w:lvl w:ilvl="0" w:tplc="910CF9A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5006C3"/>
    <w:multiLevelType w:val="hybridMultilevel"/>
    <w:tmpl w:val="5D34E94C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3AD37608"/>
    <w:multiLevelType w:val="hybridMultilevel"/>
    <w:tmpl w:val="A34C4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701451"/>
    <w:multiLevelType w:val="hybridMultilevel"/>
    <w:tmpl w:val="9A346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4F540832"/>
    <w:multiLevelType w:val="hybridMultilevel"/>
    <w:tmpl w:val="BBFAFE28"/>
    <w:lvl w:ilvl="0" w:tplc="CD48DC0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3463CFA"/>
    <w:multiLevelType w:val="hybridMultilevel"/>
    <w:tmpl w:val="0C9299A8"/>
    <w:lvl w:ilvl="0" w:tplc="910CF9A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5" w15:restartNumberingAfterBreak="0">
    <w:nsid w:val="74DA1944"/>
    <w:multiLevelType w:val="hybridMultilevel"/>
    <w:tmpl w:val="59BAB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9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A7E0B1A"/>
    <w:multiLevelType w:val="hybridMultilevel"/>
    <w:tmpl w:val="3856A080"/>
    <w:lvl w:ilvl="0" w:tplc="910CF9A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8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7"/>
  </w:num>
  <w:num w:numId="11" w16cid:durableId="507991075">
    <w:abstractNumId w:val="15"/>
  </w:num>
  <w:num w:numId="12" w16cid:durableId="1184825422">
    <w:abstractNumId w:val="23"/>
  </w:num>
  <w:num w:numId="13" w16cid:durableId="1354380556">
    <w:abstractNumId w:val="22"/>
  </w:num>
  <w:num w:numId="14" w16cid:durableId="1330912483">
    <w:abstractNumId w:val="9"/>
  </w:num>
  <w:num w:numId="15" w16cid:durableId="959722530">
    <w:abstractNumId w:val="29"/>
  </w:num>
  <w:num w:numId="16" w16cid:durableId="1500733415">
    <w:abstractNumId w:val="36"/>
  </w:num>
  <w:num w:numId="17" w16cid:durableId="1131943816">
    <w:abstractNumId w:val="34"/>
  </w:num>
  <w:num w:numId="18" w16cid:durableId="1631670342">
    <w:abstractNumId w:val="33"/>
  </w:num>
  <w:num w:numId="19" w16cid:durableId="1974212676">
    <w:abstractNumId w:val="24"/>
  </w:num>
  <w:num w:numId="20" w16cid:durableId="491330965">
    <w:abstractNumId w:val="12"/>
  </w:num>
  <w:num w:numId="21" w16cid:durableId="753740404">
    <w:abstractNumId w:val="39"/>
  </w:num>
  <w:num w:numId="22" w16cid:durableId="505943221">
    <w:abstractNumId w:val="32"/>
  </w:num>
  <w:num w:numId="23" w16cid:durableId="2099213406">
    <w:abstractNumId w:val="41"/>
  </w:num>
  <w:num w:numId="24" w16cid:durableId="1565601592">
    <w:abstractNumId w:val="17"/>
  </w:num>
  <w:num w:numId="25" w16cid:durableId="29647856">
    <w:abstractNumId w:val="30"/>
  </w:num>
  <w:num w:numId="26" w16cid:durableId="1330980027">
    <w:abstractNumId w:val="16"/>
  </w:num>
  <w:num w:numId="27" w16cid:durableId="1164322336">
    <w:abstractNumId w:val="13"/>
  </w:num>
  <w:num w:numId="28" w16cid:durableId="1635254486">
    <w:abstractNumId w:val="21"/>
  </w:num>
  <w:num w:numId="29" w16cid:durableId="1956058258">
    <w:abstractNumId w:val="6"/>
  </w:num>
  <w:num w:numId="30" w16cid:durableId="1771508098">
    <w:abstractNumId w:val="8"/>
  </w:num>
  <w:num w:numId="31" w16cid:durableId="1134253620">
    <w:abstractNumId w:val="37"/>
  </w:num>
  <w:num w:numId="32" w16cid:durableId="1403331819">
    <w:abstractNumId w:val="31"/>
  </w:num>
  <w:num w:numId="33" w16cid:durableId="1651598328">
    <w:abstractNumId w:val="18"/>
  </w:num>
  <w:num w:numId="34" w16cid:durableId="1622999394">
    <w:abstractNumId w:val="20"/>
  </w:num>
  <w:num w:numId="35" w16cid:durableId="812989444">
    <w:abstractNumId w:val="25"/>
  </w:num>
  <w:num w:numId="36" w16cid:durableId="1650590786">
    <w:abstractNumId w:val="42"/>
  </w:num>
  <w:num w:numId="37" w16cid:durableId="795828164">
    <w:abstractNumId w:val="14"/>
  </w:num>
  <w:num w:numId="38" w16cid:durableId="1817606280">
    <w:abstractNumId w:val="19"/>
  </w:num>
  <w:num w:numId="39" w16cid:durableId="296758791">
    <w:abstractNumId w:val="7"/>
  </w:num>
  <w:num w:numId="40" w16cid:durableId="1443498266">
    <w:abstractNumId w:val="28"/>
  </w:num>
  <w:num w:numId="41" w16cid:durableId="940842081">
    <w:abstractNumId w:val="40"/>
  </w:num>
  <w:num w:numId="42" w16cid:durableId="1850410458">
    <w:abstractNumId w:val="35"/>
  </w:num>
  <w:num w:numId="43" w16cid:durableId="1138569007">
    <w:abstractNumId w:val="2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69"/>
    <w:rsid w:val="00003E04"/>
    <w:rsid w:val="00034616"/>
    <w:rsid w:val="000503C3"/>
    <w:rsid w:val="0006063C"/>
    <w:rsid w:val="0006172F"/>
    <w:rsid w:val="0006628F"/>
    <w:rsid w:val="000D50AA"/>
    <w:rsid w:val="00110563"/>
    <w:rsid w:val="0014577C"/>
    <w:rsid w:val="0015074B"/>
    <w:rsid w:val="00164DF0"/>
    <w:rsid w:val="001D07B4"/>
    <w:rsid w:val="001E3657"/>
    <w:rsid w:val="002159C1"/>
    <w:rsid w:val="002578CB"/>
    <w:rsid w:val="0028698E"/>
    <w:rsid w:val="002875A0"/>
    <w:rsid w:val="002910BC"/>
    <w:rsid w:val="0029639D"/>
    <w:rsid w:val="003023F6"/>
    <w:rsid w:val="00326F90"/>
    <w:rsid w:val="003404FC"/>
    <w:rsid w:val="003924DD"/>
    <w:rsid w:val="003F34F0"/>
    <w:rsid w:val="00427C0F"/>
    <w:rsid w:val="00453DB9"/>
    <w:rsid w:val="0046566A"/>
    <w:rsid w:val="004702D3"/>
    <w:rsid w:val="004A3C43"/>
    <w:rsid w:val="004B4A56"/>
    <w:rsid w:val="005A4C0A"/>
    <w:rsid w:val="005B6827"/>
    <w:rsid w:val="00606390"/>
    <w:rsid w:val="00612815"/>
    <w:rsid w:val="006166DB"/>
    <w:rsid w:val="006B16A8"/>
    <w:rsid w:val="007147EC"/>
    <w:rsid w:val="007229AB"/>
    <w:rsid w:val="0072575B"/>
    <w:rsid w:val="00740E28"/>
    <w:rsid w:val="007537AA"/>
    <w:rsid w:val="007A56DE"/>
    <w:rsid w:val="00864418"/>
    <w:rsid w:val="00920598"/>
    <w:rsid w:val="00922D1D"/>
    <w:rsid w:val="009278B8"/>
    <w:rsid w:val="009812D6"/>
    <w:rsid w:val="00A001ED"/>
    <w:rsid w:val="00A148BB"/>
    <w:rsid w:val="00A4511F"/>
    <w:rsid w:val="00A775C8"/>
    <w:rsid w:val="00AA1D8D"/>
    <w:rsid w:val="00AA1F36"/>
    <w:rsid w:val="00AB1865"/>
    <w:rsid w:val="00AF6ACC"/>
    <w:rsid w:val="00B47730"/>
    <w:rsid w:val="00B72884"/>
    <w:rsid w:val="00B94774"/>
    <w:rsid w:val="00BC4C05"/>
    <w:rsid w:val="00BD03F7"/>
    <w:rsid w:val="00C03128"/>
    <w:rsid w:val="00C47878"/>
    <w:rsid w:val="00C849C7"/>
    <w:rsid w:val="00CA4002"/>
    <w:rsid w:val="00CB0664"/>
    <w:rsid w:val="00D306B3"/>
    <w:rsid w:val="00D6486F"/>
    <w:rsid w:val="00D77A48"/>
    <w:rsid w:val="00DA45E6"/>
    <w:rsid w:val="00DA6883"/>
    <w:rsid w:val="00DD6F66"/>
    <w:rsid w:val="00E106C7"/>
    <w:rsid w:val="00E511E0"/>
    <w:rsid w:val="00E62348"/>
    <w:rsid w:val="00EE1CD4"/>
    <w:rsid w:val="00F0430C"/>
    <w:rsid w:val="00F17FC5"/>
    <w:rsid w:val="00F440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1746</TotalTime>
  <Pages>6</Pages>
  <Words>2246</Words>
  <Characters>13482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41</cp:revision>
  <cp:lastPrinted>2026-09-28T08:36:00Z</cp:lastPrinted>
  <dcterms:created xsi:type="dcterms:W3CDTF">2013-12-23T23:15:00Z</dcterms:created>
  <dcterms:modified xsi:type="dcterms:W3CDTF">2026-10-19T06:39:00Z</dcterms:modified>
  <cp:category/>
</cp:coreProperties>
</file>