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1DAB32EE" w:rsidR="00606390" w:rsidRPr="00AF6ACC" w:rsidRDefault="00C76F01" w:rsidP="00C76F01">
      <w:pPr>
        <w:spacing w:after="240"/>
        <w:jc w:val="center"/>
        <w:rPr>
          <w:rFonts w:asciiTheme="minorHAnsi" w:hAnsiTheme="minorHAnsi"/>
        </w:rPr>
      </w:pPr>
      <w:r>
        <w:rPr>
          <w:rFonts w:ascii="Cambria" w:hAnsi="Cambria"/>
          <w:b/>
        </w:rPr>
        <w:t xml:space="preserve">na </w:t>
      </w:r>
      <w:r w:rsidRPr="00C76F01">
        <w:rPr>
          <w:rFonts w:ascii="Cambria" w:hAnsi="Cambria"/>
          <w:b/>
        </w:rPr>
        <w:t>pełnienie funkcji Koordynatora w Oddziale Intensywnej Terapii i Anestezjologii wraz</w:t>
      </w:r>
      <w:r>
        <w:rPr>
          <w:rFonts w:ascii="Cambria" w:hAnsi="Cambria"/>
          <w:b/>
        </w:rPr>
        <w:br/>
      </w:r>
      <w:r w:rsidRPr="00C76F01">
        <w:rPr>
          <w:rFonts w:ascii="Cambria" w:hAnsi="Cambria"/>
          <w:b/>
        </w:rPr>
        <w:t xml:space="preserve"> z udzielaniem świadczeń zdrowotnych z zakresu anestezjologii i intensywnej terapii </w:t>
      </w:r>
      <w:r>
        <w:rPr>
          <w:rFonts w:ascii="Cambria" w:hAnsi="Cambria"/>
          <w:b/>
        </w:rPr>
        <w:br/>
      </w:r>
      <w:r w:rsidRPr="00C76F01">
        <w:rPr>
          <w:rFonts w:ascii="Cambria" w:hAnsi="Cambria"/>
          <w:b/>
        </w:rPr>
        <w:t>w Oddziale Intensywnej Terapii i Anestezjologii oraz pacjentom w innych oddziałach szpitala, wymagających świadczeń i konsultacji w powyższym zakresie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3E70064D" w:rsidR="00606390" w:rsidRPr="009E1620" w:rsidRDefault="0014577C" w:rsidP="009E1620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9E1620">
        <w:rPr>
          <w:rFonts w:asciiTheme="minorHAnsi" w:hAnsiTheme="minorHAnsi"/>
          <w:sz w:val="21"/>
        </w:rPr>
        <w:t xml:space="preserve">Przedmiotem konkursu jest </w:t>
      </w:r>
      <w:r w:rsidR="009E1620" w:rsidRPr="009E1620">
        <w:rPr>
          <w:rFonts w:asciiTheme="minorHAnsi" w:hAnsiTheme="minorHAnsi"/>
          <w:sz w:val="21"/>
        </w:rPr>
        <w:t>pełnienie funkcji Koordynatora w Oddziale Intensywnej Terapii i Anestezjologii wraz z udzielaniem świadczeń zdrowotnych z zakresu anestezjologii i intensywnej terapii w Oddziale Intensywnej Terapii i Anestezjologii oraz pacjentom w innych oddziałach szpitala, wymagających świadczeń i konsultacji w powyższym zakresie</w:t>
      </w:r>
      <w:r w:rsidRPr="009E1620">
        <w:rPr>
          <w:rFonts w:asciiTheme="minorHAnsi" w:hAnsiTheme="minorHAnsi"/>
          <w:sz w:val="21"/>
        </w:rPr>
        <w:t>,</w:t>
      </w:r>
      <w:r w:rsidR="003D160D" w:rsidRPr="009E1620">
        <w:rPr>
          <w:rFonts w:asciiTheme="minorHAnsi" w:hAnsiTheme="minorHAnsi"/>
          <w:sz w:val="21"/>
        </w:rPr>
        <w:t xml:space="preserve"> </w:t>
      </w:r>
      <w:r w:rsidRPr="009E1620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9E1620">
        <w:rPr>
          <w:rFonts w:asciiTheme="minorHAnsi" w:hAnsiTheme="minorHAnsi"/>
          <w:sz w:val="21"/>
        </w:rPr>
        <w:t xml:space="preserve"> i</w:t>
      </w:r>
      <w:r w:rsidRPr="009E1620">
        <w:rPr>
          <w:rFonts w:asciiTheme="minorHAnsi" w:hAnsiTheme="minorHAnsi"/>
          <w:sz w:val="21"/>
        </w:rPr>
        <w:t xml:space="preserve"> obowiązującymi procedurami.</w:t>
      </w:r>
    </w:p>
    <w:p w14:paraId="4C67EF96" w14:textId="7F96C3B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</w:t>
      </w:r>
    </w:p>
    <w:p w14:paraId="4A5F1DF7" w14:textId="5883D75C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137BD6">
        <w:rPr>
          <w:rFonts w:asciiTheme="minorHAnsi" w:hAnsiTheme="minorHAnsi"/>
          <w:sz w:val="21"/>
        </w:rPr>
        <w:t>Oddział Intensywnej Terapii i Anestezjologii, Blok Operacyjny, inne oddziały szpitalne</w:t>
      </w:r>
      <w:r w:rsidR="00E02A4A">
        <w:rPr>
          <w:rFonts w:asciiTheme="minorHAnsi" w:hAnsiTheme="minorHAnsi"/>
          <w:sz w:val="21"/>
        </w:rPr>
        <w:t xml:space="preserve"> Wojewódzkiego Specjalistycznego Szpitala Dziecięcego w Olsztynie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66BE004E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820A52">
        <w:rPr>
          <w:rFonts w:asciiTheme="minorHAnsi" w:hAnsiTheme="minorHAnsi"/>
          <w:sz w:val="21"/>
        </w:rPr>
        <w:t>04</w:t>
      </w:r>
      <w:r w:rsidR="00E02A4A">
        <w:rPr>
          <w:rFonts w:asciiTheme="minorHAnsi" w:hAnsiTheme="minorHAnsi"/>
          <w:sz w:val="21"/>
        </w:rPr>
        <w:t>.1</w:t>
      </w:r>
      <w:r w:rsidR="00820A52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220FBCFF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820A52">
        <w:rPr>
          <w:rFonts w:asciiTheme="minorHAnsi" w:hAnsiTheme="minorHAnsi"/>
          <w:sz w:val="21"/>
        </w:rPr>
        <w:t>05</w:t>
      </w:r>
      <w:r w:rsidR="00E02A4A">
        <w:rPr>
          <w:rFonts w:asciiTheme="minorHAnsi" w:hAnsiTheme="minorHAnsi"/>
          <w:sz w:val="21"/>
        </w:rPr>
        <w:t>.1</w:t>
      </w:r>
      <w:r w:rsidR="00820A52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19CBC132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 w:rsidR="00820A52">
        <w:rPr>
          <w:rFonts w:asciiTheme="minorHAnsi" w:hAnsiTheme="minorHAnsi"/>
        </w:rPr>
        <w:t>05</w:t>
      </w:r>
      <w:r w:rsidRPr="001E49BF">
        <w:rPr>
          <w:rFonts w:asciiTheme="minorHAnsi" w:hAnsiTheme="minorHAnsi"/>
        </w:rPr>
        <w:t>.1</w:t>
      </w:r>
      <w:r w:rsidR="00820A52"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 xml:space="preserve">.2026 r. </w:t>
      </w:r>
    </w:p>
    <w:p w14:paraId="11529992" w14:textId="2010260B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 w:rsidR="00820A52">
        <w:rPr>
          <w:rFonts w:asciiTheme="minorHAnsi" w:hAnsiTheme="minorHAnsi"/>
        </w:rPr>
        <w:t>4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1A9CF12" w:rsidR="00606390" w:rsidRPr="00AF6ACC" w:rsidRDefault="0014577C" w:rsidP="009E1620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C7CDD" w:rsidRPr="009C7CDD">
        <w:rPr>
          <w:rFonts w:asciiTheme="minorHAnsi" w:hAnsiTheme="minorHAnsi"/>
          <w:b/>
          <w:sz w:val="21"/>
        </w:rPr>
        <w:t xml:space="preserve">na </w:t>
      </w:r>
      <w:r w:rsidR="009E1620" w:rsidRPr="009E1620">
        <w:rPr>
          <w:rFonts w:asciiTheme="minorHAnsi" w:hAnsiTheme="minorHAnsi"/>
          <w:b/>
          <w:sz w:val="21"/>
        </w:rPr>
        <w:t xml:space="preserve">pełnienie funkcji Koordynatora w Oddziale Intensywnej Terapii </w:t>
      </w:r>
      <w:r w:rsidR="009E1620">
        <w:rPr>
          <w:rFonts w:asciiTheme="minorHAnsi" w:hAnsiTheme="minorHAnsi"/>
          <w:b/>
          <w:sz w:val="21"/>
        </w:rPr>
        <w:br/>
      </w:r>
      <w:r w:rsidR="009E1620" w:rsidRPr="009E1620">
        <w:rPr>
          <w:rFonts w:asciiTheme="minorHAnsi" w:hAnsiTheme="minorHAnsi"/>
          <w:b/>
          <w:sz w:val="21"/>
        </w:rPr>
        <w:t xml:space="preserve">i Anestezjologii wraz z udzielaniem świadczeń zdrowotnych z zakresu anestezjologii </w:t>
      </w:r>
      <w:r w:rsidR="009E1620">
        <w:rPr>
          <w:rFonts w:asciiTheme="minorHAnsi" w:hAnsiTheme="minorHAnsi"/>
          <w:b/>
          <w:sz w:val="21"/>
        </w:rPr>
        <w:br/>
      </w:r>
      <w:r w:rsidR="009E1620" w:rsidRPr="009E1620">
        <w:rPr>
          <w:rFonts w:asciiTheme="minorHAnsi" w:hAnsiTheme="minorHAnsi"/>
          <w:b/>
          <w:sz w:val="21"/>
        </w:rPr>
        <w:t>i intensywnej terapii</w:t>
      </w:r>
      <w:r w:rsidR="009E1620">
        <w:rPr>
          <w:rFonts w:asciiTheme="minorHAnsi" w:hAnsiTheme="minorHAnsi"/>
          <w:b/>
          <w:sz w:val="21"/>
        </w:rPr>
        <w:t xml:space="preserve"> </w:t>
      </w:r>
      <w:r w:rsidR="009E1620" w:rsidRPr="009E1620">
        <w:rPr>
          <w:rFonts w:asciiTheme="minorHAnsi" w:hAnsiTheme="minorHAnsi"/>
          <w:b/>
          <w:sz w:val="21"/>
        </w:rPr>
        <w:t>w Oddziale Intensywnej Terapii i Anestezjologii oraz pacjentom w innych oddziałach szpitala, wymagających świadczeń i konsultacji w powyższym zakresie</w:t>
      </w:r>
      <w:r w:rsidR="009E1620">
        <w:rPr>
          <w:rFonts w:asciiTheme="minorHAnsi" w:hAnsiTheme="minorHAnsi"/>
          <w:b/>
          <w:sz w:val="21"/>
        </w:rPr>
        <w:t xml:space="preserve">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447307D3" w:rsidR="00606390" w:rsidRPr="00AF6ACC" w:rsidRDefault="005958B0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294697" w:rsidRPr="00AF6ACC" w14:paraId="14B960CF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A91E8" w14:textId="26C3A364" w:rsidR="00294697" w:rsidRPr="00AF6ACC" w:rsidRDefault="00294697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3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C4E30" w14:textId="1EE62F89" w:rsidR="00294697" w:rsidRPr="009C7CDD" w:rsidRDefault="00294697">
            <w:pPr>
              <w:spacing w:after="0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 xml:space="preserve">posiadanie min. 5 letniego doświadczenia w kierowaniu Oddziałem Intensywnej Terapii i Anestezjologii dla dzieci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090A2" w14:textId="5894C535" w:rsidR="00294697" w:rsidRDefault="005958B0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294697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490210B6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5958B0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4A88C95" w14:textId="1980C475" w:rsidR="00462714" w:rsidRPr="009C7CDD" w:rsidRDefault="00462714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Punkty za posiadanie min. 5 letniego doświadczenia w kierowaniu Oddziałem Intensywnej Terapii i Anestezjologii dla dzieci – </w:t>
      </w:r>
      <w:r w:rsidR="005958B0">
        <w:rPr>
          <w:rFonts w:asciiTheme="minorHAnsi" w:hAnsiTheme="minorHAnsi"/>
          <w:sz w:val="21"/>
        </w:rPr>
        <w:t>20</w:t>
      </w:r>
      <w:r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09968" w14:textId="77777777" w:rsidR="00331A0A" w:rsidRPr="00AF6ACC" w:rsidRDefault="00331A0A">
      <w:pPr>
        <w:spacing w:after="0" w:line="240" w:lineRule="auto"/>
      </w:pPr>
      <w:r w:rsidRPr="00AF6ACC">
        <w:separator/>
      </w:r>
    </w:p>
  </w:endnote>
  <w:endnote w:type="continuationSeparator" w:id="0">
    <w:p w14:paraId="768A5B97" w14:textId="77777777" w:rsidR="00331A0A" w:rsidRPr="00AF6ACC" w:rsidRDefault="00331A0A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9D99F" w14:textId="77777777" w:rsidR="00331A0A" w:rsidRPr="00AF6ACC" w:rsidRDefault="00331A0A">
      <w:pPr>
        <w:spacing w:after="0" w:line="240" w:lineRule="auto"/>
      </w:pPr>
      <w:r w:rsidRPr="00AF6ACC">
        <w:separator/>
      </w:r>
    </w:p>
  </w:footnote>
  <w:footnote w:type="continuationSeparator" w:id="0">
    <w:p w14:paraId="37FD8951" w14:textId="77777777" w:rsidR="00331A0A" w:rsidRPr="00AF6ACC" w:rsidRDefault="00331A0A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E13E9"/>
    <w:rsid w:val="001E49BF"/>
    <w:rsid w:val="0021153A"/>
    <w:rsid w:val="00282C61"/>
    <w:rsid w:val="00294697"/>
    <w:rsid w:val="0029639D"/>
    <w:rsid w:val="002A0B45"/>
    <w:rsid w:val="002F335E"/>
    <w:rsid w:val="00326F90"/>
    <w:rsid w:val="00331A0A"/>
    <w:rsid w:val="003924DD"/>
    <w:rsid w:val="003D160D"/>
    <w:rsid w:val="004171DB"/>
    <w:rsid w:val="00427C0F"/>
    <w:rsid w:val="00453DB9"/>
    <w:rsid w:val="00462714"/>
    <w:rsid w:val="004702D3"/>
    <w:rsid w:val="004A14BF"/>
    <w:rsid w:val="004B4A56"/>
    <w:rsid w:val="005958B0"/>
    <w:rsid w:val="006025EA"/>
    <w:rsid w:val="00606390"/>
    <w:rsid w:val="00612815"/>
    <w:rsid w:val="0066170B"/>
    <w:rsid w:val="006A4FCE"/>
    <w:rsid w:val="00716101"/>
    <w:rsid w:val="00740E28"/>
    <w:rsid w:val="007A56DE"/>
    <w:rsid w:val="007E1BD6"/>
    <w:rsid w:val="00820A52"/>
    <w:rsid w:val="008A321F"/>
    <w:rsid w:val="00922D1D"/>
    <w:rsid w:val="009278B8"/>
    <w:rsid w:val="009B4559"/>
    <w:rsid w:val="009C7CDD"/>
    <w:rsid w:val="009E1620"/>
    <w:rsid w:val="009E37E6"/>
    <w:rsid w:val="00A001ED"/>
    <w:rsid w:val="00A247CC"/>
    <w:rsid w:val="00A771E5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76F01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2331</Words>
  <Characters>13991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23</cp:revision>
  <cp:lastPrinted>2026-09-23T08:42:00Z</cp:lastPrinted>
  <dcterms:created xsi:type="dcterms:W3CDTF">2026-09-23T09:26:00Z</dcterms:created>
  <dcterms:modified xsi:type="dcterms:W3CDTF">2026-10-29T09:50:00Z</dcterms:modified>
  <cp:category/>
</cp:coreProperties>
</file>