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05BFEF43" w14:textId="7F8F592F" w:rsidR="001A19CF" w:rsidRPr="006D10DF" w:rsidRDefault="009D2CA0" w:rsidP="009D2CA0">
      <w:pPr>
        <w:pStyle w:val="Akapitzlist"/>
        <w:widowControl w:val="0"/>
        <w:suppressAutoHyphens/>
        <w:autoSpaceDN w:val="0"/>
        <w:spacing w:after="0" w:line="240" w:lineRule="auto"/>
        <w:ind w:left="284"/>
        <w:jc w:val="center"/>
        <w:rPr>
          <w:rFonts w:asciiTheme="minorHAnsi" w:eastAsia="SimSun" w:hAnsiTheme="minorHAnsi" w:cs="Arial"/>
          <w:b/>
          <w:bCs/>
          <w:color w:val="000000" w:themeColor="text1"/>
          <w:kern w:val="3"/>
          <w:sz w:val="21"/>
          <w:szCs w:val="21"/>
          <w:lang w:eastAsia="zh-CN" w:bidi="hi-IN"/>
        </w:rPr>
      </w:pPr>
      <w:r w:rsidRPr="009D2CA0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na udzielanie stacjonarnych świadczeń zdrowotnych z zakresu neurochirurgii w Klinice Chirurgii Głowy i Szyi Dzieci i Młodzieży w zakresie Chirurgii Szczękowo – Twarzowej oraz udzielanie ambulatoryjnych świadczeń zdrowotnych w Poradni Neurochirurgicznej</w:t>
      </w:r>
      <w:r w:rsidR="001A19CF" w:rsidRPr="006D10DF">
        <w:rPr>
          <w:rFonts w:asciiTheme="minorHAnsi" w:eastAsia="Andale Sans UI" w:hAnsiTheme="minorHAnsi" w:cs="Tahoma"/>
          <w:b/>
          <w:bCs/>
          <w:color w:val="000000" w:themeColor="text1"/>
          <w:kern w:val="3"/>
          <w:sz w:val="21"/>
          <w:szCs w:val="21"/>
          <w:lang w:eastAsia="ja-JP" w:bidi="fa-IR"/>
        </w:rPr>
        <w:t>.</w:t>
      </w:r>
    </w:p>
    <w:p w14:paraId="4336FBF9" w14:textId="0B93A3B4" w:rsidR="00606390" w:rsidRPr="00AF6ACC" w:rsidRDefault="00C3170B" w:rsidP="00137BD6">
      <w:pPr>
        <w:spacing w:after="240"/>
        <w:jc w:val="center"/>
        <w:rPr>
          <w:rFonts w:asciiTheme="minorHAnsi" w:hAnsiTheme="minorHAnsi"/>
        </w:rPr>
      </w:pPr>
      <w:r w:rsidRPr="006D10DF">
        <w:rPr>
          <w:rFonts w:asciiTheme="minorHAnsi" w:hAnsiTheme="minorHAnsi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15A7E96D" w:rsidR="00606390" w:rsidRPr="009D2CA0" w:rsidRDefault="0014577C" w:rsidP="00193E37">
      <w:pPr>
        <w:pStyle w:val="Akapitzlist"/>
        <w:numPr>
          <w:ilvl w:val="0"/>
          <w:numId w:val="10"/>
        </w:numPr>
        <w:spacing w:after="80"/>
        <w:ind w:hanging="331"/>
        <w:jc w:val="both"/>
        <w:rPr>
          <w:rFonts w:asciiTheme="minorHAnsi" w:hAnsiTheme="minorHAnsi"/>
          <w:sz w:val="21"/>
          <w:szCs w:val="21"/>
        </w:rPr>
      </w:pPr>
      <w:r w:rsidRPr="009D2CA0">
        <w:rPr>
          <w:rFonts w:asciiTheme="minorHAnsi" w:hAnsiTheme="minorHAnsi"/>
          <w:sz w:val="21"/>
        </w:rPr>
        <w:t>Przedmiotem konkursu jest</w:t>
      </w:r>
      <w:r w:rsidR="009D2CA0" w:rsidRPr="009D2CA0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 xml:space="preserve"> udzielanie stacjonarnych świadczeń zdrowotnych z zakresu neurochirurgii w Klinice Chirurgii Głowy i Szyi Dzieci i Młodzieży w zakresie Chirurgii Szczękowo – Twarzowej oraz udzielanie ambulatoryjnych świadczeń zdrowotnych w Poradni Neurochirurgicznej</w:t>
      </w:r>
      <w:r w:rsidR="009D2CA0" w:rsidRPr="009D2CA0"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  <w:t>,</w:t>
      </w:r>
      <w:r w:rsidR="003D160D" w:rsidRPr="009D2CA0">
        <w:rPr>
          <w:rFonts w:asciiTheme="minorHAnsi" w:hAnsiTheme="minorHAnsi"/>
          <w:sz w:val="21"/>
          <w:szCs w:val="21"/>
        </w:rPr>
        <w:t xml:space="preserve"> </w:t>
      </w:r>
      <w:r w:rsidRPr="009D2CA0">
        <w:rPr>
          <w:rFonts w:asciiTheme="minorHAnsi" w:hAnsiTheme="minorHAnsi"/>
          <w:sz w:val="21"/>
          <w:szCs w:val="21"/>
        </w:rPr>
        <w:t>zgodnie z posiadanymi kwalifikacjami, aktualną</w:t>
      </w:r>
      <w:r w:rsidR="007B5DEE" w:rsidRPr="009D2CA0">
        <w:rPr>
          <w:rFonts w:asciiTheme="minorHAnsi" w:hAnsiTheme="minorHAnsi"/>
          <w:sz w:val="21"/>
          <w:szCs w:val="21"/>
        </w:rPr>
        <w:t xml:space="preserve"> </w:t>
      </w:r>
      <w:r w:rsidRPr="009D2CA0">
        <w:rPr>
          <w:rFonts w:asciiTheme="minorHAnsi" w:hAnsiTheme="minorHAnsi"/>
          <w:sz w:val="21"/>
          <w:szCs w:val="21"/>
        </w:rPr>
        <w:t>wiedzą</w:t>
      </w:r>
      <w:r w:rsidR="007B5DEE" w:rsidRPr="009D2CA0">
        <w:rPr>
          <w:rFonts w:asciiTheme="minorHAnsi" w:hAnsiTheme="minorHAnsi"/>
          <w:sz w:val="21"/>
          <w:szCs w:val="21"/>
        </w:rPr>
        <w:t xml:space="preserve"> </w:t>
      </w:r>
      <w:r w:rsidRPr="009D2CA0">
        <w:rPr>
          <w:rFonts w:asciiTheme="minorHAnsi" w:hAnsiTheme="minorHAnsi"/>
          <w:sz w:val="21"/>
          <w:szCs w:val="21"/>
        </w:rPr>
        <w:t>medyczną</w:t>
      </w:r>
      <w:r w:rsidR="00E02A4A" w:rsidRPr="009D2CA0">
        <w:rPr>
          <w:rFonts w:asciiTheme="minorHAnsi" w:hAnsiTheme="minorHAnsi"/>
          <w:sz w:val="21"/>
          <w:szCs w:val="21"/>
        </w:rPr>
        <w:t xml:space="preserve"> i</w:t>
      </w:r>
      <w:r w:rsidRPr="009D2CA0">
        <w:rPr>
          <w:rFonts w:asciiTheme="minorHAnsi" w:hAnsiTheme="minorHAnsi"/>
          <w:sz w:val="21"/>
          <w:szCs w:val="21"/>
        </w:rPr>
        <w:t xml:space="preserve"> obowiązującymi procedurami.</w:t>
      </w:r>
    </w:p>
    <w:p w14:paraId="4C67EF96" w14:textId="3C4D5B64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894132">
        <w:rPr>
          <w:rFonts w:asciiTheme="minorHAnsi" w:hAnsiTheme="minorHAnsi"/>
          <w:sz w:val="21"/>
        </w:rPr>
        <w:t>1</w:t>
      </w:r>
      <w:r w:rsidR="00E4465B">
        <w:rPr>
          <w:rFonts w:asciiTheme="minorHAnsi" w:hAnsiTheme="minorHAnsi"/>
          <w:sz w:val="21"/>
        </w:rPr>
        <w:t>;</w:t>
      </w:r>
    </w:p>
    <w:p w14:paraId="4A5F1DF7" w14:textId="5546085E" w:rsidR="00606390" w:rsidRPr="00193E37" w:rsidRDefault="0014577C" w:rsidP="00193E3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93E37">
        <w:rPr>
          <w:rFonts w:asciiTheme="minorHAnsi" w:hAnsiTheme="minorHAnsi"/>
          <w:sz w:val="21"/>
        </w:rPr>
        <w:lastRenderedPageBreak/>
        <w:t xml:space="preserve">Miejscem udzielania świadczeń </w:t>
      </w:r>
      <w:r w:rsidR="00E02A4A" w:rsidRPr="00193E37">
        <w:rPr>
          <w:rFonts w:asciiTheme="minorHAnsi" w:hAnsiTheme="minorHAnsi"/>
          <w:sz w:val="21"/>
        </w:rPr>
        <w:t xml:space="preserve">jest </w:t>
      </w:r>
      <w:r w:rsidR="009D2CA0" w:rsidRPr="009D2CA0">
        <w:rPr>
          <w:rFonts w:asciiTheme="minorHAnsi" w:hAnsiTheme="minorHAnsi"/>
          <w:sz w:val="21"/>
        </w:rPr>
        <w:t>Klini</w:t>
      </w:r>
      <w:r w:rsidR="009D2CA0">
        <w:rPr>
          <w:rFonts w:asciiTheme="minorHAnsi" w:hAnsiTheme="minorHAnsi"/>
          <w:sz w:val="21"/>
        </w:rPr>
        <w:t>ka</w:t>
      </w:r>
      <w:r w:rsidR="009D2CA0" w:rsidRPr="009D2CA0">
        <w:rPr>
          <w:rFonts w:asciiTheme="minorHAnsi" w:hAnsiTheme="minorHAnsi"/>
          <w:sz w:val="21"/>
        </w:rPr>
        <w:t xml:space="preserve"> Chirurgii Głowy i Szyi Dzieci i Młodzieży</w:t>
      </w:r>
      <w:r w:rsidR="009D2CA0">
        <w:rPr>
          <w:rFonts w:asciiTheme="minorHAnsi" w:hAnsiTheme="minorHAnsi"/>
          <w:sz w:val="21"/>
        </w:rPr>
        <w:t xml:space="preserve">, </w:t>
      </w:r>
      <w:r w:rsidR="009D2CA0" w:rsidRPr="009D2CA0">
        <w:rPr>
          <w:rFonts w:asciiTheme="minorHAnsi" w:hAnsiTheme="minorHAnsi"/>
          <w:sz w:val="21"/>
        </w:rPr>
        <w:t>Poradni</w:t>
      </w:r>
      <w:r w:rsidR="009D2CA0">
        <w:rPr>
          <w:rFonts w:asciiTheme="minorHAnsi" w:hAnsiTheme="minorHAnsi"/>
          <w:sz w:val="21"/>
        </w:rPr>
        <w:t xml:space="preserve">a </w:t>
      </w:r>
      <w:r w:rsidR="009D2CA0" w:rsidRPr="009D2CA0">
        <w:rPr>
          <w:rFonts w:asciiTheme="minorHAnsi" w:hAnsiTheme="minorHAnsi"/>
          <w:sz w:val="21"/>
        </w:rPr>
        <w:t>Neurochirurgiczn</w:t>
      </w:r>
      <w:r w:rsidR="009D2CA0">
        <w:rPr>
          <w:rFonts w:asciiTheme="minorHAnsi" w:hAnsiTheme="minorHAnsi"/>
          <w:sz w:val="21"/>
        </w:rPr>
        <w:t>a</w:t>
      </w:r>
      <w:r w:rsidR="009D2CA0" w:rsidRPr="009D2CA0">
        <w:rPr>
          <w:rFonts w:asciiTheme="minorHAnsi" w:hAnsiTheme="minorHAnsi"/>
          <w:sz w:val="21"/>
        </w:rPr>
        <w:t xml:space="preserve"> </w:t>
      </w:r>
      <w:r w:rsidR="00E02A4A" w:rsidRPr="00193E37">
        <w:rPr>
          <w:rFonts w:asciiTheme="minorHAnsi" w:hAnsiTheme="minorHAnsi"/>
          <w:sz w:val="21"/>
        </w:rPr>
        <w:t>Wojewódzkiego Specjalistycznego Szpitala Dziecięcego w Olsztynie</w:t>
      </w:r>
      <w:r w:rsidR="006D10DF">
        <w:rPr>
          <w:rFonts w:asciiTheme="minorHAnsi" w:hAnsiTheme="minorHAnsi"/>
          <w:sz w:val="21"/>
        </w:rPr>
        <w:t>;</w:t>
      </w:r>
    </w:p>
    <w:p w14:paraId="3E0D69B8" w14:textId="3850AAD2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6F1EC1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C2791F">
        <w:rPr>
          <w:rFonts w:asciiTheme="minorHAnsi" w:hAnsiTheme="minorHAnsi"/>
          <w:sz w:val="21"/>
        </w:rPr>
        <w:t>;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4FB9433A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9C6169">
        <w:rPr>
          <w:rFonts w:asciiTheme="minorHAnsi" w:hAnsiTheme="minorHAnsi"/>
          <w:sz w:val="21"/>
        </w:rPr>
        <w:t>0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</w:t>
      </w:r>
      <w:r w:rsidR="009C6169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46ED616D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9C6169">
        <w:rPr>
          <w:rFonts w:asciiTheme="minorHAnsi" w:hAnsiTheme="minorHAnsi"/>
          <w:sz w:val="21"/>
        </w:rPr>
        <w:t>06</w:t>
      </w:r>
      <w:r w:rsidR="00E02A4A">
        <w:rPr>
          <w:rFonts w:asciiTheme="minorHAnsi" w:hAnsiTheme="minorHAnsi"/>
          <w:sz w:val="21"/>
        </w:rPr>
        <w:t>.1</w:t>
      </w:r>
      <w:r w:rsidR="009C6169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69392E6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 w:rsidR="009C6169">
        <w:rPr>
          <w:rFonts w:asciiTheme="minorHAnsi" w:hAnsiTheme="minorHAnsi"/>
        </w:rPr>
        <w:t>06</w:t>
      </w:r>
      <w:r w:rsidRPr="001E49BF">
        <w:rPr>
          <w:rFonts w:asciiTheme="minorHAnsi" w:hAnsiTheme="minorHAnsi"/>
        </w:rPr>
        <w:t>.1</w:t>
      </w:r>
      <w:r w:rsidR="009C6169"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 xml:space="preserve">.2026 r. </w:t>
      </w:r>
    </w:p>
    <w:p w14:paraId="11529992" w14:textId="27E9722E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 w:rsidR="009C6169">
        <w:rPr>
          <w:rFonts w:asciiTheme="minorHAnsi" w:hAnsiTheme="minorHAnsi"/>
        </w:rPr>
        <w:t>4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6E58DD48" w14:textId="276C4339" w:rsidR="00220C2C" w:rsidRDefault="0014577C" w:rsidP="00220C2C">
      <w:pPr>
        <w:pStyle w:val="Akapitzlist"/>
        <w:numPr>
          <w:ilvl w:val="1"/>
          <w:numId w:val="13"/>
        </w:numPr>
        <w:spacing w:after="60" w:line="257" w:lineRule="auto"/>
        <w:ind w:left="851" w:hanging="307"/>
        <w:jc w:val="both"/>
        <w:rPr>
          <w:rFonts w:asciiTheme="minorHAnsi" w:hAnsiTheme="minorHAnsi"/>
          <w:sz w:val="21"/>
        </w:rPr>
      </w:pPr>
      <w:r w:rsidRPr="00220C2C">
        <w:rPr>
          <w:rFonts w:asciiTheme="minorHAnsi" w:hAnsiTheme="minorHAnsi"/>
          <w:sz w:val="21"/>
        </w:rPr>
        <w:t xml:space="preserve">posiadać </w:t>
      </w:r>
      <w:r w:rsidR="00220C2C" w:rsidRPr="00220C2C">
        <w:rPr>
          <w:rFonts w:asciiTheme="minorHAnsi" w:hAnsiTheme="minorHAnsi"/>
          <w:sz w:val="21"/>
        </w:rPr>
        <w:t>udokumentowane doświadczenie w leczeniu zachowawczym i operacyjnym, w tym mikrochirurgicznym z zastosowaniem mikroskopu oraz neuronawigacji, w zakresie neurochirurgii dziecięcej</w:t>
      </w:r>
      <w:r w:rsidR="00220C2C">
        <w:rPr>
          <w:rFonts w:asciiTheme="minorHAnsi" w:hAnsiTheme="minorHAnsi"/>
          <w:sz w:val="21"/>
        </w:rPr>
        <w:t>;</w:t>
      </w:r>
    </w:p>
    <w:p w14:paraId="2E2C8BE8" w14:textId="4201053A" w:rsidR="00220C2C" w:rsidRDefault="00220C2C" w:rsidP="00220C2C">
      <w:pPr>
        <w:pStyle w:val="Akapitzlist"/>
        <w:numPr>
          <w:ilvl w:val="1"/>
          <w:numId w:val="13"/>
        </w:numPr>
        <w:spacing w:after="60" w:line="257" w:lineRule="auto"/>
        <w:ind w:left="851" w:hanging="307"/>
        <w:jc w:val="both"/>
        <w:rPr>
          <w:rFonts w:asciiTheme="minorHAnsi" w:hAnsiTheme="minorHAnsi"/>
          <w:sz w:val="21"/>
        </w:rPr>
      </w:pPr>
      <w:r w:rsidRPr="00220C2C">
        <w:rPr>
          <w:rFonts w:asciiTheme="minorHAnsi" w:hAnsiTheme="minorHAnsi"/>
          <w:sz w:val="21"/>
        </w:rPr>
        <w:t xml:space="preserve">posiadać udokumentowane doświadczenie w </w:t>
      </w:r>
      <w:r>
        <w:rPr>
          <w:rFonts w:asciiTheme="minorHAnsi" w:hAnsiTheme="minorHAnsi"/>
          <w:sz w:val="21"/>
        </w:rPr>
        <w:t>l</w:t>
      </w:r>
      <w:r w:rsidRPr="00220C2C">
        <w:rPr>
          <w:rFonts w:asciiTheme="minorHAnsi" w:hAnsiTheme="minorHAnsi"/>
          <w:sz w:val="21"/>
        </w:rPr>
        <w:t>eczeniu nowotworów podstawy czaszki, potwierdzone odpowiednimi szkoleniami</w:t>
      </w:r>
      <w:r>
        <w:rPr>
          <w:rFonts w:asciiTheme="minorHAnsi" w:hAnsiTheme="minorHAnsi"/>
          <w:sz w:val="21"/>
        </w:rPr>
        <w:t>;</w:t>
      </w:r>
    </w:p>
    <w:p w14:paraId="3EF06555" w14:textId="05BDFBC8" w:rsidR="00220C2C" w:rsidRDefault="00220C2C" w:rsidP="00220C2C">
      <w:pPr>
        <w:pStyle w:val="Akapitzlist"/>
        <w:numPr>
          <w:ilvl w:val="1"/>
          <w:numId w:val="13"/>
        </w:numPr>
        <w:spacing w:after="60" w:line="257" w:lineRule="auto"/>
        <w:ind w:left="851" w:hanging="307"/>
        <w:jc w:val="both"/>
        <w:rPr>
          <w:rFonts w:asciiTheme="minorHAnsi" w:hAnsiTheme="minorHAnsi"/>
          <w:sz w:val="21"/>
        </w:rPr>
      </w:pPr>
      <w:r w:rsidRPr="00220C2C">
        <w:rPr>
          <w:rFonts w:asciiTheme="minorHAnsi" w:hAnsiTheme="minorHAnsi"/>
          <w:sz w:val="21"/>
        </w:rPr>
        <w:t xml:space="preserve"> </w:t>
      </w:r>
      <w:r>
        <w:rPr>
          <w:rFonts w:asciiTheme="minorHAnsi" w:hAnsiTheme="minorHAnsi"/>
          <w:sz w:val="21"/>
        </w:rPr>
        <w:t xml:space="preserve">posiadać umiejętności </w:t>
      </w:r>
      <w:r w:rsidRPr="00220C2C">
        <w:rPr>
          <w:rFonts w:asciiTheme="minorHAnsi" w:hAnsiTheme="minorHAnsi"/>
          <w:sz w:val="21"/>
        </w:rPr>
        <w:t>posługiwani</w:t>
      </w:r>
      <w:r>
        <w:rPr>
          <w:rFonts w:asciiTheme="minorHAnsi" w:hAnsiTheme="minorHAnsi"/>
          <w:sz w:val="21"/>
        </w:rPr>
        <w:t>a</w:t>
      </w:r>
      <w:r w:rsidRPr="00220C2C">
        <w:rPr>
          <w:rFonts w:asciiTheme="minorHAnsi" w:hAnsiTheme="minorHAnsi"/>
          <w:sz w:val="21"/>
        </w:rPr>
        <w:t xml:space="preserve"> się małoinwazyjnymi metodami neuroendoskopowymi </w:t>
      </w:r>
      <w:r>
        <w:rPr>
          <w:rFonts w:asciiTheme="minorHAnsi" w:hAnsiTheme="minorHAnsi"/>
          <w:sz w:val="21"/>
        </w:rPr>
        <w:br/>
      </w:r>
      <w:r w:rsidRPr="00220C2C">
        <w:rPr>
          <w:rFonts w:asciiTheme="minorHAnsi" w:hAnsiTheme="minorHAnsi"/>
          <w:sz w:val="21"/>
        </w:rPr>
        <w:t>u dzieci</w:t>
      </w:r>
      <w:r>
        <w:rPr>
          <w:rFonts w:asciiTheme="minorHAnsi" w:hAnsiTheme="minorHAnsi"/>
          <w:sz w:val="21"/>
        </w:rPr>
        <w:t>;</w:t>
      </w:r>
    </w:p>
    <w:p w14:paraId="2FC470FA" w14:textId="3F6D5665" w:rsidR="00220C2C" w:rsidRPr="00220C2C" w:rsidRDefault="00220C2C" w:rsidP="00220C2C">
      <w:pPr>
        <w:pStyle w:val="Akapitzlist"/>
        <w:numPr>
          <w:ilvl w:val="1"/>
          <w:numId w:val="13"/>
        </w:numPr>
        <w:spacing w:after="60" w:line="257" w:lineRule="auto"/>
        <w:ind w:left="851" w:hanging="307"/>
        <w:jc w:val="both"/>
        <w:rPr>
          <w:rFonts w:asciiTheme="minorHAnsi" w:hAnsiTheme="minorHAnsi"/>
          <w:sz w:val="21"/>
        </w:rPr>
      </w:pPr>
      <w:r w:rsidRPr="00220C2C">
        <w:rPr>
          <w:rFonts w:asciiTheme="minorHAnsi" w:hAnsiTheme="minorHAnsi"/>
          <w:sz w:val="21"/>
        </w:rPr>
        <w:t xml:space="preserve">posiadać udokumentowane doświadczenie </w:t>
      </w:r>
      <w:r>
        <w:rPr>
          <w:rFonts w:asciiTheme="minorHAnsi" w:hAnsiTheme="minorHAnsi"/>
          <w:sz w:val="21"/>
        </w:rPr>
        <w:t xml:space="preserve">w </w:t>
      </w:r>
      <w:r w:rsidRPr="00220C2C">
        <w:rPr>
          <w:rFonts w:asciiTheme="minorHAnsi" w:hAnsiTheme="minorHAnsi"/>
          <w:sz w:val="21"/>
        </w:rPr>
        <w:t>leczeniu operacyjnym wad wrodzonych czaszki, w tym kraniosynostoz;</w:t>
      </w:r>
    </w:p>
    <w:p w14:paraId="521ABB1F" w14:textId="668972AB" w:rsidR="00220C2C" w:rsidRPr="00220C2C" w:rsidRDefault="00220C2C" w:rsidP="00220C2C">
      <w:pPr>
        <w:pStyle w:val="Akapitzlist"/>
        <w:numPr>
          <w:ilvl w:val="1"/>
          <w:numId w:val="13"/>
        </w:numPr>
        <w:spacing w:after="60" w:line="257" w:lineRule="auto"/>
        <w:ind w:left="851" w:hanging="307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>posiadać</w:t>
      </w:r>
      <w:r w:rsidRPr="00220C2C">
        <w:rPr>
          <w:rFonts w:asciiTheme="minorHAnsi" w:hAnsiTheme="minorHAnsi"/>
          <w:sz w:val="21"/>
        </w:rPr>
        <w:t xml:space="preserve"> umiejętność obsługi i interpretacji systemów neuromonitoringu śródoperacyjnego potwierdzoną odpowiednimi szkoleniami i doświadczeniem w tym zakresie</w:t>
      </w:r>
      <w:r>
        <w:rPr>
          <w:rFonts w:asciiTheme="minorHAnsi" w:hAnsiTheme="minorHAnsi"/>
          <w:sz w:val="21"/>
        </w:rPr>
        <w:t>;</w:t>
      </w:r>
      <w:r w:rsidRPr="00220C2C">
        <w:rPr>
          <w:rFonts w:asciiTheme="minorHAnsi" w:hAnsiTheme="minorHAnsi"/>
          <w:sz w:val="21"/>
        </w:rPr>
        <w:t xml:space="preserve"> </w:t>
      </w:r>
    </w:p>
    <w:p w14:paraId="6DA3CE8A" w14:textId="5DE5C09A" w:rsidR="00606390" w:rsidRPr="00220C2C" w:rsidRDefault="00220C2C" w:rsidP="00220C2C">
      <w:pPr>
        <w:pStyle w:val="Akapitzlist"/>
        <w:numPr>
          <w:ilvl w:val="1"/>
          <w:numId w:val="13"/>
        </w:numPr>
        <w:spacing w:after="60" w:line="257" w:lineRule="auto"/>
        <w:ind w:left="851" w:hanging="307"/>
        <w:jc w:val="both"/>
        <w:rPr>
          <w:rFonts w:asciiTheme="minorHAnsi" w:hAnsiTheme="minorHAnsi"/>
        </w:rPr>
      </w:pPr>
      <w:r w:rsidRPr="00220C2C">
        <w:rPr>
          <w:rFonts w:asciiTheme="minorHAnsi" w:hAnsiTheme="minorHAnsi"/>
          <w:sz w:val="21"/>
        </w:rPr>
        <w:t>prowadzić</w:t>
      </w:r>
      <w:r w:rsidR="0014577C" w:rsidRPr="00220C2C">
        <w:rPr>
          <w:rFonts w:asciiTheme="minorHAnsi" w:hAnsiTheme="minorHAnsi"/>
          <w:sz w:val="21"/>
        </w:rPr>
        <w:t xml:space="preserve">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583B9287" w:rsidR="00606390" w:rsidRPr="00F24A14" w:rsidRDefault="0014577C" w:rsidP="00F24A14">
      <w:pPr>
        <w:spacing w:after="120"/>
        <w:jc w:val="center"/>
        <w:rPr>
          <w:rFonts w:asciiTheme="minorHAnsi" w:hAnsiTheme="minorHAnsi"/>
          <w:sz w:val="20"/>
          <w:szCs w:val="20"/>
        </w:rPr>
      </w:pPr>
      <w:r w:rsidRPr="00F24A14">
        <w:rPr>
          <w:rFonts w:asciiTheme="minorHAnsi" w:hAnsiTheme="minorHAnsi"/>
          <w:b/>
          <w:sz w:val="20"/>
          <w:szCs w:val="20"/>
        </w:rPr>
        <w:t xml:space="preserve">„Konkurs ofert </w:t>
      </w:r>
      <w:r w:rsidR="00F24A14" w:rsidRPr="00F24A14">
        <w:rPr>
          <w:rFonts w:asciiTheme="minorHAnsi" w:hAnsiTheme="minorHAnsi"/>
          <w:b/>
          <w:sz w:val="20"/>
          <w:szCs w:val="20"/>
        </w:rPr>
        <w:t>-</w:t>
      </w:r>
      <w:r w:rsidR="006C49D4" w:rsidRPr="006C49D4">
        <w:rPr>
          <w:rFonts w:asciiTheme="minorHAnsi" w:hAnsiTheme="minorHAnsi"/>
          <w:b/>
          <w:sz w:val="20"/>
          <w:szCs w:val="20"/>
        </w:rPr>
        <w:t>udzielanie stacjonarnych świadczeń zdrowotnych z zakresu neurochirurgii w Klinice Chirurgii Głowy i Szyi Dzieci i Młodzieży w zakresie Chirurgii Szczękowo – Twarzowej oraz udzielanie ambulatoryjnych świadczeń zdrowotnych w Poradni Neurochirurgicznej</w:t>
      </w:r>
      <w:r w:rsidR="008C543B" w:rsidRPr="00F24A14">
        <w:rPr>
          <w:rFonts w:asciiTheme="minorHAnsi" w:hAnsiTheme="minorHAnsi"/>
          <w:b/>
          <w:sz w:val="20"/>
          <w:szCs w:val="20"/>
        </w:rPr>
        <w:t xml:space="preserve"> </w:t>
      </w:r>
      <w:r w:rsidR="009C7CDD" w:rsidRPr="00F24A14">
        <w:rPr>
          <w:rFonts w:asciiTheme="minorHAnsi" w:hAnsiTheme="minorHAnsi"/>
          <w:b/>
          <w:sz w:val="20"/>
          <w:szCs w:val="20"/>
        </w:rPr>
        <w:t xml:space="preserve">w </w:t>
      </w:r>
      <w:r w:rsidR="0021153A" w:rsidRPr="00F24A14">
        <w:rPr>
          <w:rFonts w:asciiTheme="minorHAnsi" w:hAnsiTheme="minorHAnsi"/>
          <w:b/>
          <w:sz w:val="20"/>
          <w:szCs w:val="20"/>
        </w:rPr>
        <w:t>Wojewódzki</w:t>
      </w:r>
      <w:r w:rsidR="009C7CDD" w:rsidRPr="00F24A14">
        <w:rPr>
          <w:rFonts w:asciiTheme="minorHAnsi" w:hAnsiTheme="minorHAnsi"/>
          <w:b/>
          <w:sz w:val="20"/>
          <w:szCs w:val="20"/>
        </w:rPr>
        <w:t>m</w:t>
      </w:r>
      <w:r w:rsidR="0021153A" w:rsidRPr="00F24A14">
        <w:rPr>
          <w:rFonts w:asciiTheme="minorHAnsi" w:hAnsiTheme="minorHAnsi"/>
          <w:b/>
          <w:sz w:val="20"/>
          <w:szCs w:val="20"/>
        </w:rPr>
        <w:t xml:space="preserve"> Specjalistyczn</w:t>
      </w:r>
      <w:r w:rsidR="009C7CDD" w:rsidRPr="00F24A14">
        <w:rPr>
          <w:rFonts w:asciiTheme="minorHAnsi" w:hAnsiTheme="minorHAnsi"/>
          <w:b/>
          <w:sz w:val="20"/>
          <w:szCs w:val="20"/>
        </w:rPr>
        <w:t>ym</w:t>
      </w:r>
      <w:r w:rsidR="0021153A" w:rsidRPr="00F24A14">
        <w:rPr>
          <w:rFonts w:asciiTheme="minorHAnsi" w:hAnsiTheme="minorHAnsi"/>
          <w:b/>
          <w:sz w:val="20"/>
          <w:szCs w:val="20"/>
        </w:rPr>
        <w:t xml:space="preserve"> Szpital</w:t>
      </w:r>
      <w:r w:rsidR="009C7CDD" w:rsidRPr="00F24A14">
        <w:rPr>
          <w:rFonts w:asciiTheme="minorHAnsi" w:hAnsiTheme="minorHAnsi"/>
          <w:b/>
          <w:sz w:val="20"/>
          <w:szCs w:val="20"/>
        </w:rPr>
        <w:t xml:space="preserve">u </w:t>
      </w:r>
      <w:r w:rsidR="0021153A" w:rsidRPr="00F24A14">
        <w:rPr>
          <w:rFonts w:asciiTheme="minorHAnsi" w:hAnsiTheme="minorHAnsi"/>
          <w:b/>
          <w:sz w:val="20"/>
          <w:szCs w:val="20"/>
        </w:rPr>
        <w:t>Dziecięc</w:t>
      </w:r>
      <w:r w:rsidR="009C7CDD" w:rsidRPr="00F24A14">
        <w:rPr>
          <w:rFonts w:asciiTheme="minorHAnsi" w:hAnsiTheme="minorHAnsi"/>
          <w:b/>
          <w:sz w:val="20"/>
          <w:szCs w:val="20"/>
        </w:rPr>
        <w:t>ym</w:t>
      </w:r>
      <w:r w:rsidR="0021153A" w:rsidRPr="00F24A14">
        <w:rPr>
          <w:rFonts w:asciiTheme="minorHAnsi" w:hAnsiTheme="minorHAnsi"/>
          <w:b/>
          <w:sz w:val="20"/>
          <w:szCs w:val="20"/>
        </w:rPr>
        <w:t xml:space="preserve"> im. prof. dr. Stanisława Popowskiego </w:t>
      </w:r>
      <w:r w:rsidR="00F24A14">
        <w:rPr>
          <w:rFonts w:asciiTheme="minorHAnsi" w:hAnsiTheme="minorHAnsi"/>
          <w:b/>
          <w:sz w:val="20"/>
          <w:szCs w:val="20"/>
        </w:rPr>
        <w:br/>
      </w:r>
      <w:r w:rsidR="0021153A" w:rsidRPr="00F24A14">
        <w:rPr>
          <w:rFonts w:asciiTheme="minorHAnsi" w:hAnsiTheme="minorHAnsi"/>
          <w:b/>
          <w:sz w:val="20"/>
          <w:szCs w:val="20"/>
        </w:rPr>
        <w:t>w Olsztynie</w:t>
      </w:r>
      <w:r w:rsidRPr="00F24A14">
        <w:rPr>
          <w:rFonts w:asciiTheme="minorHAnsi" w:hAnsiTheme="minorHAnsi"/>
          <w:b/>
          <w:sz w:val="20"/>
          <w:szCs w:val="20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278BA786" w:rsidR="00606390" w:rsidRPr="00EF2600" w:rsidRDefault="00C87518" w:rsidP="00EF2600">
            <w:pPr>
              <w:rPr>
                <w:rFonts w:asciiTheme="minorHAnsi" w:hAnsiTheme="minorHAnsi"/>
                <w:sz w:val="19"/>
              </w:rPr>
            </w:pPr>
            <w:r w:rsidRPr="00C87518">
              <w:rPr>
                <w:rFonts w:asciiTheme="minorHAnsi" w:hAnsiTheme="minorHAnsi"/>
                <w:sz w:val="19"/>
              </w:rPr>
              <w:t>minimum 5 – letnie, udokumentowane doświadczenie w udzielaniu świadczeń zdrowotnych objętych konkursem ofert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13E753D8" w:rsidR="00F37B44" w:rsidRPr="00EF2600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EF2600">
        <w:rPr>
          <w:rFonts w:asciiTheme="minorHAnsi" w:hAnsiTheme="minorHAnsi"/>
          <w:sz w:val="21"/>
        </w:rPr>
        <w:t xml:space="preserve">Punkty za </w:t>
      </w:r>
      <w:r w:rsidR="00C87518" w:rsidRPr="00C87518">
        <w:rPr>
          <w:rFonts w:asciiTheme="minorHAnsi" w:hAnsiTheme="minorHAnsi"/>
          <w:sz w:val="21"/>
        </w:rPr>
        <w:t xml:space="preserve">minimum 5 – letnie, udokumentowane doświadczenie w udzielaniu świadczeń zdrowotnych objętych konkursem ofert </w:t>
      </w:r>
      <w:r w:rsidR="007E1BD6" w:rsidRPr="00EF2600">
        <w:rPr>
          <w:rFonts w:asciiTheme="minorHAnsi" w:hAnsiTheme="minorHAnsi"/>
          <w:sz w:val="21"/>
        </w:rPr>
        <w:t xml:space="preserve">- </w:t>
      </w:r>
      <w:r w:rsidR="009C7CDD" w:rsidRPr="00EF2600">
        <w:rPr>
          <w:rFonts w:asciiTheme="minorHAnsi" w:hAnsiTheme="minorHAnsi"/>
          <w:sz w:val="21"/>
        </w:rPr>
        <w:t>20</w:t>
      </w:r>
      <w:r w:rsidR="007E1BD6" w:rsidRPr="00EF2600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A3DBC" w14:textId="77777777" w:rsidR="00E65D92" w:rsidRPr="00AF6ACC" w:rsidRDefault="00E65D92">
      <w:pPr>
        <w:spacing w:after="0" w:line="240" w:lineRule="auto"/>
      </w:pPr>
      <w:r w:rsidRPr="00AF6ACC">
        <w:separator/>
      </w:r>
    </w:p>
  </w:endnote>
  <w:endnote w:type="continuationSeparator" w:id="0">
    <w:p w14:paraId="5E89754A" w14:textId="77777777" w:rsidR="00E65D92" w:rsidRPr="00AF6ACC" w:rsidRDefault="00E65D92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A9068" w14:textId="77777777" w:rsidR="00E65D92" w:rsidRPr="00AF6ACC" w:rsidRDefault="00E65D92">
      <w:pPr>
        <w:spacing w:after="0" w:line="240" w:lineRule="auto"/>
      </w:pPr>
      <w:r w:rsidRPr="00AF6ACC">
        <w:separator/>
      </w:r>
    </w:p>
  </w:footnote>
  <w:footnote w:type="continuationSeparator" w:id="0">
    <w:p w14:paraId="48CD49EA" w14:textId="77777777" w:rsidR="00E65D92" w:rsidRPr="00AF6ACC" w:rsidRDefault="00E65D92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D35B14"/>
    <w:multiLevelType w:val="hybridMultilevel"/>
    <w:tmpl w:val="7248BEBE"/>
    <w:lvl w:ilvl="0" w:tplc="FFFFFFFF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5AD3602"/>
    <w:multiLevelType w:val="hybridMultilevel"/>
    <w:tmpl w:val="392E0162"/>
    <w:lvl w:ilvl="0" w:tplc="CD48DC0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D3B151B"/>
    <w:multiLevelType w:val="hybridMultilevel"/>
    <w:tmpl w:val="DAD48308"/>
    <w:lvl w:ilvl="0" w:tplc="CD48D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6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2C322544"/>
    <w:multiLevelType w:val="hybridMultilevel"/>
    <w:tmpl w:val="D7FECAAA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3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1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2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8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F496AB8"/>
    <w:multiLevelType w:val="hybridMultilevel"/>
    <w:tmpl w:val="D2164E04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40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29"/>
  </w:num>
  <w:num w:numId="11" w16cid:durableId="507991075">
    <w:abstractNumId w:val="17"/>
  </w:num>
  <w:num w:numId="12" w16cid:durableId="1184825422">
    <w:abstractNumId w:val="26"/>
  </w:num>
  <w:num w:numId="13" w16cid:durableId="1354380556">
    <w:abstractNumId w:val="25"/>
  </w:num>
  <w:num w:numId="14" w16cid:durableId="1330912483">
    <w:abstractNumId w:val="9"/>
  </w:num>
  <w:num w:numId="15" w16cid:durableId="959722530">
    <w:abstractNumId w:val="32"/>
  </w:num>
  <w:num w:numId="16" w16cid:durableId="1500733415">
    <w:abstractNumId w:val="38"/>
  </w:num>
  <w:num w:numId="17" w16cid:durableId="1131943816">
    <w:abstractNumId w:val="37"/>
  </w:num>
  <w:num w:numId="18" w16cid:durableId="1631670342">
    <w:abstractNumId w:val="36"/>
  </w:num>
  <w:num w:numId="19" w16cid:durableId="1974212676">
    <w:abstractNumId w:val="27"/>
  </w:num>
  <w:num w:numId="20" w16cid:durableId="491330965">
    <w:abstractNumId w:val="15"/>
  </w:num>
  <w:num w:numId="21" w16cid:durableId="753740404">
    <w:abstractNumId w:val="41"/>
  </w:num>
  <w:num w:numId="22" w16cid:durableId="505943221">
    <w:abstractNumId w:val="35"/>
  </w:num>
  <w:num w:numId="23" w16cid:durableId="2099213406">
    <w:abstractNumId w:val="42"/>
  </w:num>
  <w:num w:numId="24" w16cid:durableId="1565601592">
    <w:abstractNumId w:val="20"/>
  </w:num>
  <w:num w:numId="25" w16cid:durableId="29647856">
    <w:abstractNumId w:val="33"/>
  </w:num>
  <w:num w:numId="26" w16cid:durableId="1330980027">
    <w:abstractNumId w:val="19"/>
  </w:num>
  <w:num w:numId="27" w16cid:durableId="1164322336">
    <w:abstractNumId w:val="16"/>
  </w:num>
  <w:num w:numId="28" w16cid:durableId="1635254486">
    <w:abstractNumId w:val="24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9"/>
  </w:num>
  <w:num w:numId="32" w16cid:durableId="1403331819">
    <w:abstractNumId w:val="34"/>
  </w:num>
  <w:num w:numId="33" w16cid:durableId="1651598328">
    <w:abstractNumId w:val="21"/>
  </w:num>
  <w:num w:numId="34" w16cid:durableId="1622999394">
    <w:abstractNumId w:val="23"/>
  </w:num>
  <w:num w:numId="35" w16cid:durableId="812989444">
    <w:abstractNumId w:val="28"/>
  </w:num>
  <w:num w:numId="36" w16cid:durableId="1701198366">
    <w:abstractNumId w:val="31"/>
  </w:num>
  <w:num w:numId="37" w16cid:durableId="1795175852">
    <w:abstractNumId w:val="22"/>
  </w:num>
  <w:num w:numId="38" w16cid:durableId="1073695517">
    <w:abstractNumId w:val="30"/>
  </w:num>
  <w:num w:numId="39" w16cid:durableId="42488010">
    <w:abstractNumId w:val="11"/>
  </w:num>
  <w:num w:numId="40" w16cid:durableId="104427574">
    <w:abstractNumId w:val="14"/>
  </w:num>
  <w:num w:numId="41" w16cid:durableId="658196791">
    <w:abstractNumId w:val="10"/>
  </w:num>
  <w:num w:numId="42" w16cid:durableId="1504051888">
    <w:abstractNumId w:val="6"/>
  </w:num>
  <w:num w:numId="43" w16cid:durableId="187138039">
    <w:abstractNumId w:val="43"/>
  </w:num>
  <w:num w:numId="44" w16cid:durableId="1726174244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8333C"/>
    <w:rsid w:val="00193E37"/>
    <w:rsid w:val="001A19CF"/>
    <w:rsid w:val="001C4E34"/>
    <w:rsid w:val="001E13E9"/>
    <w:rsid w:val="001E49BF"/>
    <w:rsid w:val="001F0012"/>
    <w:rsid w:val="0021153A"/>
    <w:rsid w:val="00220C2C"/>
    <w:rsid w:val="00282C61"/>
    <w:rsid w:val="0029639D"/>
    <w:rsid w:val="002F335E"/>
    <w:rsid w:val="00326F90"/>
    <w:rsid w:val="00333250"/>
    <w:rsid w:val="003924DD"/>
    <w:rsid w:val="003A235F"/>
    <w:rsid w:val="003D160D"/>
    <w:rsid w:val="003F59FB"/>
    <w:rsid w:val="004171DB"/>
    <w:rsid w:val="00417DF6"/>
    <w:rsid w:val="00427C0F"/>
    <w:rsid w:val="00442BCA"/>
    <w:rsid w:val="00447879"/>
    <w:rsid w:val="00453DB9"/>
    <w:rsid w:val="0045666B"/>
    <w:rsid w:val="00461E95"/>
    <w:rsid w:val="004702D3"/>
    <w:rsid w:val="004949CF"/>
    <w:rsid w:val="004B4A56"/>
    <w:rsid w:val="004C4D6D"/>
    <w:rsid w:val="00606390"/>
    <w:rsid w:val="00612815"/>
    <w:rsid w:val="00632496"/>
    <w:rsid w:val="0066170B"/>
    <w:rsid w:val="006C49D4"/>
    <w:rsid w:val="006D10DF"/>
    <w:rsid w:val="006F077D"/>
    <w:rsid w:val="006F1EC1"/>
    <w:rsid w:val="00716101"/>
    <w:rsid w:val="00740E28"/>
    <w:rsid w:val="00743845"/>
    <w:rsid w:val="007A56DE"/>
    <w:rsid w:val="007B5DEE"/>
    <w:rsid w:val="007E1BD6"/>
    <w:rsid w:val="00866009"/>
    <w:rsid w:val="00894132"/>
    <w:rsid w:val="00896090"/>
    <w:rsid w:val="008977E9"/>
    <w:rsid w:val="008A321F"/>
    <w:rsid w:val="008A683F"/>
    <w:rsid w:val="008C543B"/>
    <w:rsid w:val="008D1F92"/>
    <w:rsid w:val="00922D1D"/>
    <w:rsid w:val="009278B8"/>
    <w:rsid w:val="00935153"/>
    <w:rsid w:val="009A1CDA"/>
    <w:rsid w:val="009A327A"/>
    <w:rsid w:val="009B4559"/>
    <w:rsid w:val="009B6239"/>
    <w:rsid w:val="009C6169"/>
    <w:rsid w:val="009C7CDD"/>
    <w:rsid w:val="009D2CA0"/>
    <w:rsid w:val="009F1E00"/>
    <w:rsid w:val="00A001ED"/>
    <w:rsid w:val="00A12CEF"/>
    <w:rsid w:val="00A63870"/>
    <w:rsid w:val="00A91B66"/>
    <w:rsid w:val="00AA1D8D"/>
    <w:rsid w:val="00AA1F36"/>
    <w:rsid w:val="00AA6929"/>
    <w:rsid w:val="00AB1865"/>
    <w:rsid w:val="00AB7304"/>
    <w:rsid w:val="00AF6ACC"/>
    <w:rsid w:val="00B156A5"/>
    <w:rsid w:val="00B46EAC"/>
    <w:rsid w:val="00B47730"/>
    <w:rsid w:val="00B94774"/>
    <w:rsid w:val="00BD03F7"/>
    <w:rsid w:val="00BE5C56"/>
    <w:rsid w:val="00C03128"/>
    <w:rsid w:val="00C155FE"/>
    <w:rsid w:val="00C2791F"/>
    <w:rsid w:val="00C3170B"/>
    <w:rsid w:val="00C45DB4"/>
    <w:rsid w:val="00C5621E"/>
    <w:rsid w:val="00C65B3D"/>
    <w:rsid w:val="00C849C7"/>
    <w:rsid w:val="00C87518"/>
    <w:rsid w:val="00CA4002"/>
    <w:rsid w:val="00CB0664"/>
    <w:rsid w:val="00CC548C"/>
    <w:rsid w:val="00D306B3"/>
    <w:rsid w:val="00D5680B"/>
    <w:rsid w:val="00D77A48"/>
    <w:rsid w:val="00DA403B"/>
    <w:rsid w:val="00E02A4A"/>
    <w:rsid w:val="00E36510"/>
    <w:rsid w:val="00E41128"/>
    <w:rsid w:val="00E4465B"/>
    <w:rsid w:val="00E54DB6"/>
    <w:rsid w:val="00E65D92"/>
    <w:rsid w:val="00EB291D"/>
    <w:rsid w:val="00EF2600"/>
    <w:rsid w:val="00F0430C"/>
    <w:rsid w:val="00F07EEA"/>
    <w:rsid w:val="00F24A14"/>
    <w:rsid w:val="00F37B44"/>
    <w:rsid w:val="00FC40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6</Pages>
  <Words>2381</Words>
  <Characters>14291</Characters>
  <Application>Microsoft Office Word</Application>
  <DocSecurity>0</DocSecurity>
  <Lines>119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45</cp:revision>
  <cp:lastPrinted>2026-10-05T10:01:00Z</cp:lastPrinted>
  <dcterms:created xsi:type="dcterms:W3CDTF">2026-09-23T09:26:00Z</dcterms:created>
  <dcterms:modified xsi:type="dcterms:W3CDTF">2026-10-23T08:35:00Z</dcterms:modified>
  <cp:category/>
</cp:coreProperties>
</file>