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4336FBF9" w14:textId="2C5E7B3A" w:rsidR="00606390" w:rsidRPr="00AF6ACC" w:rsidRDefault="00137BD6" w:rsidP="00137BD6">
      <w:pPr>
        <w:spacing w:after="240"/>
        <w:jc w:val="center"/>
        <w:rPr>
          <w:rFonts w:asciiTheme="minorHAnsi" w:hAnsiTheme="minorHAnsi"/>
        </w:rPr>
      </w:pPr>
      <w:r w:rsidRPr="00137BD6">
        <w:rPr>
          <w:rFonts w:ascii="Cambria" w:hAnsi="Cambria"/>
          <w:b/>
        </w:rPr>
        <w:t xml:space="preserve">na udzielanie świadczeń zdrowotnych w zakresie anestezjologii i intensywnej terapii </w:t>
      </w:r>
      <w:r>
        <w:rPr>
          <w:rFonts w:ascii="Cambria" w:hAnsi="Cambria"/>
          <w:b/>
        </w:rPr>
        <w:br/>
      </w:r>
      <w:r w:rsidRPr="00137BD6">
        <w:rPr>
          <w:rFonts w:ascii="Cambria" w:hAnsi="Cambria"/>
          <w:b/>
        </w:rPr>
        <w:t>w Oddziale Intensywnej Terapii i Anestezjologii, na Bloku Operacyjnym oraz pacjentom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br/>
      </w:r>
      <w:r w:rsidRPr="00137BD6">
        <w:rPr>
          <w:rFonts w:ascii="Cambria" w:hAnsi="Cambria"/>
          <w:b/>
        </w:rPr>
        <w:t xml:space="preserve">w innych oddziałach szpitala, wymagających świadczeń w powyższym zakresie </w:t>
      </w:r>
      <w:r w:rsidR="00C3170B">
        <w:rPr>
          <w:rFonts w:ascii="Cambria" w:hAnsi="Cambria"/>
          <w:b/>
        </w:rPr>
        <w:t xml:space="preserve"> </w:t>
      </w:r>
      <w:r w:rsidR="00C3170B">
        <w:rPr>
          <w:rFonts w:ascii="Cambria" w:hAnsi="Cambria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 w:rsidR="00C3170B"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1FF1F0B1" w:rsidR="00606390" w:rsidRPr="00137BD6" w:rsidRDefault="0014577C" w:rsidP="00137BD6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137BD6">
        <w:rPr>
          <w:rFonts w:asciiTheme="minorHAnsi" w:hAnsiTheme="minorHAnsi"/>
          <w:sz w:val="21"/>
        </w:rPr>
        <w:t xml:space="preserve">Przedmiotem konkursu jest </w:t>
      </w:r>
      <w:r w:rsidR="00137BD6" w:rsidRPr="00137BD6">
        <w:rPr>
          <w:rFonts w:asciiTheme="minorHAnsi" w:hAnsiTheme="minorHAnsi"/>
          <w:sz w:val="21"/>
        </w:rPr>
        <w:t xml:space="preserve">udzielanie świadczeń zdrowotnych w zakresie anestezjologii </w:t>
      </w:r>
      <w:r w:rsidR="00137BD6">
        <w:rPr>
          <w:rFonts w:asciiTheme="minorHAnsi" w:hAnsiTheme="minorHAnsi"/>
          <w:sz w:val="21"/>
        </w:rPr>
        <w:br/>
      </w:r>
      <w:r w:rsidR="00137BD6" w:rsidRPr="00137BD6">
        <w:rPr>
          <w:rFonts w:asciiTheme="minorHAnsi" w:hAnsiTheme="minorHAnsi"/>
          <w:sz w:val="21"/>
        </w:rPr>
        <w:t>i intensywnej terapii w Oddziale Intensywnej Terapii i Anestezjologii, na Bloku Operacyjnym oraz pacjentom w innych oddziałach szpitala</w:t>
      </w:r>
      <w:r w:rsidRPr="00137BD6">
        <w:rPr>
          <w:rFonts w:asciiTheme="minorHAnsi" w:hAnsiTheme="minorHAnsi"/>
          <w:sz w:val="21"/>
        </w:rPr>
        <w:t>,</w:t>
      </w:r>
      <w:r w:rsidR="003D160D" w:rsidRPr="00137BD6">
        <w:rPr>
          <w:rFonts w:asciiTheme="minorHAnsi" w:hAnsiTheme="minorHAnsi"/>
          <w:sz w:val="21"/>
        </w:rPr>
        <w:t xml:space="preserve"> </w:t>
      </w:r>
      <w:r w:rsidRPr="00137BD6">
        <w:rPr>
          <w:rFonts w:asciiTheme="minorHAnsi" w:hAnsiTheme="minorHAnsi"/>
          <w:sz w:val="21"/>
        </w:rPr>
        <w:t>zgodnie z posiadanymi kwalifikacjami, aktualną wiedzą medyczną</w:t>
      </w:r>
      <w:r w:rsidR="00E02A4A" w:rsidRPr="00137BD6">
        <w:rPr>
          <w:rFonts w:asciiTheme="minorHAnsi" w:hAnsiTheme="minorHAnsi"/>
          <w:sz w:val="21"/>
        </w:rPr>
        <w:t xml:space="preserve"> i</w:t>
      </w:r>
      <w:r w:rsidRPr="00137BD6">
        <w:rPr>
          <w:rFonts w:asciiTheme="minorHAnsi" w:hAnsiTheme="minorHAnsi"/>
          <w:sz w:val="21"/>
        </w:rPr>
        <w:t xml:space="preserve"> obowiązującymi procedurami.</w:t>
      </w:r>
    </w:p>
    <w:p w14:paraId="4C67EF96" w14:textId="1AC234D4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137BD6">
        <w:rPr>
          <w:rFonts w:asciiTheme="minorHAnsi" w:hAnsiTheme="minorHAnsi"/>
          <w:sz w:val="21"/>
        </w:rPr>
        <w:t>12</w:t>
      </w:r>
      <w:r w:rsidRPr="00AF6ACC">
        <w:rPr>
          <w:rFonts w:asciiTheme="minorHAnsi" w:hAnsiTheme="minorHAnsi"/>
          <w:sz w:val="21"/>
        </w:rPr>
        <w:t>.</w:t>
      </w:r>
    </w:p>
    <w:p w14:paraId="4A5F1DF7" w14:textId="5883D75C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Miejscem udzielania świadczeń </w:t>
      </w:r>
      <w:r w:rsidR="00E02A4A">
        <w:rPr>
          <w:rFonts w:asciiTheme="minorHAnsi" w:hAnsiTheme="minorHAnsi"/>
          <w:sz w:val="21"/>
        </w:rPr>
        <w:t xml:space="preserve">jest </w:t>
      </w:r>
      <w:r w:rsidR="00137BD6">
        <w:rPr>
          <w:rFonts w:asciiTheme="minorHAnsi" w:hAnsiTheme="minorHAnsi"/>
          <w:sz w:val="21"/>
        </w:rPr>
        <w:t>Oddział Intensywnej Terapii i Anestezjologii, Blok Operacyjny, inne oddziały szpitalne</w:t>
      </w:r>
      <w:r w:rsidR="00E02A4A">
        <w:rPr>
          <w:rFonts w:asciiTheme="minorHAnsi" w:hAnsiTheme="minorHAnsi"/>
          <w:sz w:val="21"/>
        </w:rPr>
        <w:t xml:space="preserve"> Wojewódzkiego Specjalistycznego Szpitala Dziecięcego w Olsztynie</w:t>
      </w:r>
    </w:p>
    <w:p w14:paraId="3E0D69B8" w14:textId="4AFB6437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.2026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137BD6">
        <w:rPr>
          <w:rFonts w:asciiTheme="minorHAnsi" w:hAnsiTheme="minorHAnsi"/>
          <w:sz w:val="21"/>
        </w:rPr>
        <w:t>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7084AD74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185A1F">
        <w:rPr>
          <w:rFonts w:asciiTheme="minorHAnsi" w:hAnsiTheme="minorHAnsi"/>
          <w:sz w:val="21"/>
        </w:rPr>
        <w:t>30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21DA82A1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185A1F">
        <w:rPr>
          <w:rFonts w:asciiTheme="minorHAnsi" w:hAnsiTheme="minorHAnsi"/>
          <w:sz w:val="21"/>
        </w:rPr>
        <w:t>02</w:t>
      </w:r>
      <w:r w:rsidR="00E02A4A">
        <w:rPr>
          <w:rFonts w:asciiTheme="minorHAnsi" w:hAnsiTheme="minorHAnsi"/>
          <w:sz w:val="21"/>
        </w:rPr>
        <w:t>.1</w:t>
      </w:r>
      <w:r w:rsidR="00185A1F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795860C5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 w:rsidR="00185A1F">
        <w:rPr>
          <w:rFonts w:asciiTheme="minorHAnsi" w:hAnsiTheme="minorHAnsi"/>
        </w:rPr>
        <w:t>02</w:t>
      </w:r>
      <w:r w:rsidRPr="001E49BF">
        <w:rPr>
          <w:rFonts w:asciiTheme="minorHAnsi" w:hAnsiTheme="minorHAnsi"/>
        </w:rPr>
        <w:t>.1</w:t>
      </w:r>
      <w:r w:rsidR="00185A1F"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 xml:space="preserve">.2026 r. </w:t>
      </w:r>
    </w:p>
    <w:p w14:paraId="11529992" w14:textId="6CE07C48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 w:rsidR="00185A1F">
        <w:rPr>
          <w:rFonts w:asciiTheme="minorHAnsi" w:hAnsiTheme="minorHAnsi"/>
        </w:rPr>
        <w:t>4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4262FE12" w:rsidR="00606390" w:rsidRPr="00AF6ACC" w:rsidRDefault="0014577C" w:rsidP="009C7CDD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9C7CDD" w:rsidRPr="009C7CDD">
        <w:rPr>
          <w:rFonts w:asciiTheme="minorHAnsi" w:hAnsiTheme="minorHAnsi"/>
          <w:b/>
          <w:sz w:val="21"/>
        </w:rPr>
        <w:t xml:space="preserve">na udzielanie świadczeń zdrowotnych w zakresie anestezjologii i intensywnej terapii w Oddziale Intensywnej Terapii i Anestezjologii, na Bloku Operacyjnym oraz pacjentom </w:t>
      </w:r>
      <w:r w:rsidR="009C7CDD">
        <w:rPr>
          <w:rFonts w:asciiTheme="minorHAnsi" w:hAnsiTheme="minorHAnsi"/>
          <w:b/>
          <w:sz w:val="21"/>
        </w:rPr>
        <w:br/>
      </w:r>
      <w:r w:rsidR="009C7CDD" w:rsidRPr="009C7CDD">
        <w:rPr>
          <w:rFonts w:asciiTheme="minorHAnsi" w:hAnsiTheme="minorHAnsi"/>
          <w:b/>
          <w:sz w:val="21"/>
        </w:rPr>
        <w:t xml:space="preserve">w innych oddziałach szpitala, wymagających świadczeń w powyższym zakresie </w:t>
      </w:r>
      <w:r w:rsidR="009C7CDD">
        <w:rPr>
          <w:rFonts w:asciiTheme="minorHAnsi" w:hAnsiTheme="minorHAnsi"/>
          <w:b/>
          <w:sz w:val="21"/>
        </w:rPr>
        <w:t xml:space="preserve">w </w:t>
      </w:r>
      <w:r w:rsidR="0021153A" w:rsidRPr="0021153A">
        <w:rPr>
          <w:rFonts w:asciiTheme="minorHAnsi" w:hAnsiTheme="minorHAnsi"/>
          <w:b/>
          <w:sz w:val="21"/>
        </w:rPr>
        <w:t>Wojewódzki</w:t>
      </w:r>
      <w:r w:rsidR="009C7CDD">
        <w:rPr>
          <w:rFonts w:asciiTheme="minorHAnsi" w:hAnsiTheme="minorHAnsi"/>
          <w:b/>
          <w:sz w:val="21"/>
        </w:rPr>
        <w:t>m</w:t>
      </w:r>
      <w:r w:rsidR="0021153A" w:rsidRPr="0021153A">
        <w:rPr>
          <w:rFonts w:asciiTheme="minorHAnsi" w:hAnsiTheme="minorHAnsi"/>
          <w:b/>
          <w:sz w:val="21"/>
        </w:rPr>
        <w:t xml:space="preserve"> Specjalistyczn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Szpital</w:t>
      </w:r>
      <w:r w:rsidR="009C7CDD">
        <w:rPr>
          <w:rFonts w:asciiTheme="minorHAnsi" w:hAnsiTheme="minorHAnsi"/>
          <w:b/>
          <w:sz w:val="21"/>
        </w:rPr>
        <w:t xml:space="preserve">u </w:t>
      </w:r>
      <w:r w:rsidR="0021153A" w:rsidRPr="0021153A">
        <w:rPr>
          <w:rFonts w:asciiTheme="minorHAnsi" w:hAnsiTheme="minorHAnsi"/>
          <w:b/>
          <w:sz w:val="21"/>
        </w:rPr>
        <w:t>Dziecięc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im. prof. dr. Stanisława Popowskiego </w:t>
      </w:r>
      <w:r w:rsidR="0021153A">
        <w:rPr>
          <w:rFonts w:asciiTheme="minorHAnsi" w:hAnsiTheme="minorHAnsi"/>
          <w:b/>
          <w:sz w:val="21"/>
        </w:rPr>
        <w:br/>
      </w:r>
      <w:r w:rsidR="0021153A" w:rsidRPr="0021153A">
        <w:rPr>
          <w:rFonts w:asciiTheme="minorHAnsi" w:hAnsiTheme="minorHAnsi"/>
          <w:b/>
          <w:sz w:val="21"/>
        </w:rPr>
        <w:t>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49D33752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 w:rsidRPr="009C7CDD">
              <w:rPr>
                <w:rFonts w:asciiTheme="minorHAnsi" w:hAnsiTheme="minorHAnsi"/>
                <w:sz w:val="19"/>
              </w:rPr>
              <w:t xml:space="preserve">posiadanie tytułu specjalisty w dziedzinie anestezjologii i intensywnej terapii  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4B7F8013" w:rsidR="00F37B44" w:rsidRPr="009C7CDD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</w:t>
      </w:r>
      <w:r w:rsidR="00BE5C56" w:rsidRPr="00BE5C56">
        <w:rPr>
          <w:rFonts w:asciiTheme="minorHAnsi" w:hAnsiTheme="minorHAnsi"/>
          <w:sz w:val="21"/>
        </w:rPr>
        <w:t xml:space="preserve">posiadanie </w:t>
      </w:r>
      <w:r w:rsidR="009C7CDD" w:rsidRPr="009C7CDD">
        <w:rPr>
          <w:rFonts w:asciiTheme="minorHAnsi" w:hAnsiTheme="minorHAnsi"/>
          <w:sz w:val="21"/>
        </w:rPr>
        <w:t xml:space="preserve">tytułu specjalisty w dziedzinie anestezjologii i intensywnej terapii  </w:t>
      </w:r>
      <w:r w:rsidR="007E1BD6" w:rsidRPr="00BE5C56">
        <w:rPr>
          <w:rFonts w:asciiTheme="minorHAnsi" w:hAnsiTheme="minorHAnsi"/>
          <w:sz w:val="21"/>
        </w:rPr>
        <w:t xml:space="preserve"> -</w:t>
      </w:r>
      <w:r w:rsidR="007E1BD6">
        <w:rPr>
          <w:rFonts w:asciiTheme="minorHAnsi" w:hAnsiTheme="minorHAnsi"/>
          <w:sz w:val="21"/>
        </w:rPr>
        <w:t xml:space="preserve"> </w:t>
      </w:r>
      <w:r w:rsidR="009C7CDD">
        <w:rPr>
          <w:rFonts w:asciiTheme="minorHAnsi" w:hAnsiTheme="minorHAnsi"/>
          <w:sz w:val="21"/>
        </w:rPr>
        <w:t>20</w:t>
      </w:r>
      <w:r w:rsidR="007E1BD6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03210" w14:textId="77777777" w:rsidR="005A4C23" w:rsidRPr="00AF6ACC" w:rsidRDefault="005A4C23">
      <w:pPr>
        <w:spacing w:after="0" w:line="240" w:lineRule="auto"/>
      </w:pPr>
      <w:r w:rsidRPr="00AF6ACC">
        <w:separator/>
      </w:r>
    </w:p>
  </w:endnote>
  <w:endnote w:type="continuationSeparator" w:id="0">
    <w:p w14:paraId="6398C55B" w14:textId="77777777" w:rsidR="005A4C23" w:rsidRPr="00AF6ACC" w:rsidRDefault="005A4C23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C3DCF" w14:textId="77777777" w:rsidR="005A4C23" w:rsidRPr="00AF6ACC" w:rsidRDefault="005A4C23">
      <w:pPr>
        <w:spacing w:after="0" w:line="240" w:lineRule="auto"/>
      </w:pPr>
      <w:r w:rsidRPr="00AF6ACC">
        <w:separator/>
      </w:r>
    </w:p>
  </w:footnote>
  <w:footnote w:type="continuationSeparator" w:id="0">
    <w:p w14:paraId="3523B7A4" w14:textId="77777777" w:rsidR="005A4C23" w:rsidRPr="00AF6ACC" w:rsidRDefault="005A4C23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0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3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19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7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8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4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8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6"/>
  </w:num>
  <w:num w:numId="8" w16cid:durableId="945042281">
    <w:abstractNumId w:val="11"/>
  </w:num>
  <w:num w:numId="9" w16cid:durableId="614750528">
    <w:abstractNumId w:val="10"/>
  </w:num>
  <w:num w:numId="10" w16cid:durableId="235214224">
    <w:abstractNumId w:val="25"/>
  </w:num>
  <w:num w:numId="11" w16cid:durableId="507991075">
    <w:abstractNumId w:val="14"/>
  </w:num>
  <w:num w:numId="12" w16cid:durableId="1184825422">
    <w:abstractNumId w:val="22"/>
  </w:num>
  <w:num w:numId="13" w16cid:durableId="1354380556">
    <w:abstractNumId w:val="21"/>
  </w:num>
  <w:num w:numId="14" w16cid:durableId="1330912483">
    <w:abstractNumId w:val="8"/>
  </w:num>
  <w:num w:numId="15" w16cid:durableId="959722530">
    <w:abstractNumId w:val="28"/>
  </w:num>
  <w:num w:numId="16" w16cid:durableId="1500733415">
    <w:abstractNumId w:val="34"/>
  </w:num>
  <w:num w:numId="17" w16cid:durableId="1131943816">
    <w:abstractNumId w:val="33"/>
  </w:num>
  <w:num w:numId="18" w16cid:durableId="1631670342">
    <w:abstractNumId w:val="32"/>
  </w:num>
  <w:num w:numId="19" w16cid:durableId="1974212676">
    <w:abstractNumId w:val="23"/>
  </w:num>
  <w:num w:numId="20" w16cid:durableId="491330965">
    <w:abstractNumId w:val="12"/>
  </w:num>
  <w:num w:numId="21" w16cid:durableId="753740404">
    <w:abstractNumId w:val="37"/>
  </w:num>
  <w:num w:numId="22" w16cid:durableId="505943221">
    <w:abstractNumId w:val="31"/>
  </w:num>
  <w:num w:numId="23" w16cid:durableId="2099213406">
    <w:abstractNumId w:val="38"/>
  </w:num>
  <w:num w:numId="24" w16cid:durableId="1565601592">
    <w:abstractNumId w:val="16"/>
  </w:num>
  <w:num w:numId="25" w16cid:durableId="29647856">
    <w:abstractNumId w:val="29"/>
  </w:num>
  <w:num w:numId="26" w16cid:durableId="1330980027">
    <w:abstractNumId w:val="15"/>
  </w:num>
  <w:num w:numId="27" w16cid:durableId="1164322336">
    <w:abstractNumId w:val="13"/>
  </w:num>
  <w:num w:numId="28" w16cid:durableId="1635254486">
    <w:abstractNumId w:val="20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5"/>
  </w:num>
  <w:num w:numId="32" w16cid:durableId="1403331819">
    <w:abstractNumId w:val="30"/>
  </w:num>
  <w:num w:numId="33" w16cid:durableId="1651598328">
    <w:abstractNumId w:val="17"/>
  </w:num>
  <w:num w:numId="34" w16cid:durableId="1622999394">
    <w:abstractNumId w:val="19"/>
  </w:num>
  <w:num w:numId="35" w16cid:durableId="812989444">
    <w:abstractNumId w:val="24"/>
  </w:num>
  <w:num w:numId="36" w16cid:durableId="1701198366">
    <w:abstractNumId w:val="27"/>
  </w:num>
  <w:num w:numId="37" w16cid:durableId="1795175852">
    <w:abstractNumId w:val="18"/>
  </w:num>
  <w:num w:numId="38" w16cid:durableId="1073695517">
    <w:abstractNumId w:val="26"/>
  </w:num>
  <w:num w:numId="39" w16cid:durableId="42488010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577C"/>
    <w:rsid w:val="0015074B"/>
    <w:rsid w:val="00185A1F"/>
    <w:rsid w:val="001E13E9"/>
    <w:rsid w:val="001E49BF"/>
    <w:rsid w:val="0021153A"/>
    <w:rsid w:val="00282C61"/>
    <w:rsid w:val="0029639D"/>
    <w:rsid w:val="002F335E"/>
    <w:rsid w:val="00326F90"/>
    <w:rsid w:val="003924DD"/>
    <w:rsid w:val="003D160D"/>
    <w:rsid w:val="004171DB"/>
    <w:rsid w:val="00427C0F"/>
    <w:rsid w:val="00453DB9"/>
    <w:rsid w:val="004702D3"/>
    <w:rsid w:val="004B4A56"/>
    <w:rsid w:val="00507BA2"/>
    <w:rsid w:val="005A4C23"/>
    <w:rsid w:val="00606390"/>
    <w:rsid w:val="00612815"/>
    <w:rsid w:val="0066170B"/>
    <w:rsid w:val="00716101"/>
    <w:rsid w:val="00740E28"/>
    <w:rsid w:val="007A56DE"/>
    <w:rsid w:val="007E1BD6"/>
    <w:rsid w:val="008A321F"/>
    <w:rsid w:val="00922D1D"/>
    <w:rsid w:val="009278B8"/>
    <w:rsid w:val="009B4559"/>
    <w:rsid w:val="009B6239"/>
    <w:rsid w:val="009C7CDD"/>
    <w:rsid w:val="00A001ED"/>
    <w:rsid w:val="00A12CEF"/>
    <w:rsid w:val="00A91B66"/>
    <w:rsid w:val="00AA1D8D"/>
    <w:rsid w:val="00AA1F36"/>
    <w:rsid w:val="00AB1865"/>
    <w:rsid w:val="00AF6ACC"/>
    <w:rsid w:val="00B46EAC"/>
    <w:rsid w:val="00B47730"/>
    <w:rsid w:val="00B94774"/>
    <w:rsid w:val="00BD03F7"/>
    <w:rsid w:val="00BE5C56"/>
    <w:rsid w:val="00C03128"/>
    <w:rsid w:val="00C3170B"/>
    <w:rsid w:val="00C65B3D"/>
    <w:rsid w:val="00C849C7"/>
    <w:rsid w:val="00CA4002"/>
    <w:rsid w:val="00CB0664"/>
    <w:rsid w:val="00D306B3"/>
    <w:rsid w:val="00D5680B"/>
    <w:rsid w:val="00D77A48"/>
    <w:rsid w:val="00DA403B"/>
    <w:rsid w:val="00E02A4A"/>
    <w:rsid w:val="00E41128"/>
    <w:rsid w:val="00F0430C"/>
    <w:rsid w:val="00F37B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2283</Words>
  <Characters>13703</Characters>
  <Application>Microsoft Office Word</Application>
  <DocSecurity>0</DocSecurity>
  <Lines>114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15955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18</cp:revision>
  <cp:lastPrinted>2026-09-23T08:42:00Z</cp:lastPrinted>
  <dcterms:created xsi:type="dcterms:W3CDTF">2026-09-23T09:26:00Z</dcterms:created>
  <dcterms:modified xsi:type="dcterms:W3CDTF">2026-10-23T08:07:00Z</dcterms:modified>
  <cp:category/>
</cp:coreProperties>
</file>