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04B9F43A" w:rsidR="00606390" w:rsidRPr="00957D95" w:rsidRDefault="00EC6819" w:rsidP="00A175A8">
      <w:pPr>
        <w:spacing w:after="240"/>
        <w:jc w:val="center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EC6819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na udzielanie świadczeń zdrowotnych w Poradni Kardiologicznej oraz udzielanie konsultacji kardiologicznych pacjentom w Wojewódzkim Specjalistycznym Szpitalu Dziecięcym im. prof. dr. Stanisława Popowskiego w Olsztynie</w:t>
      </w:r>
      <w:r w:rsidR="00957D95" w:rsidRPr="00957D95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.</w:t>
      </w:r>
      <w:r w:rsidR="00957D95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br/>
      </w:r>
      <w:r w:rsidR="00C3170B" w:rsidRPr="006D10DF">
        <w:rPr>
          <w:rFonts w:asciiTheme="minorHAnsi" w:hAnsiTheme="minorHAnsi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7F5D9045" w:rsidR="00606390" w:rsidRPr="00C42E57" w:rsidRDefault="0014577C" w:rsidP="00C42E5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C42E57">
        <w:rPr>
          <w:rFonts w:asciiTheme="minorHAnsi" w:hAnsiTheme="minorHAnsi"/>
          <w:sz w:val="21"/>
        </w:rPr>
        <w:t>Przedmiotem konkursu jest</w:t>
      </w:r>
      <w:r w:rsidR="00957D95" w:rsidRPr="00C42E57">
        <w:rPr>
          <w:rFonts w:asciiTheme="minorHAnsi" w:hAnsiTheme="minorHAnsi"/>
          <w:sz w:val="21"/>
        </w:rPr>
        <w:t xml:space="preserve"> </w:t>
      </w:r>
      <w:r w:rsidR="00C42E57" w:rsidRPr="00C42E57">
        <w:rPr>
          <w:rFonts w:asciiTheme="minorHAnsi" w:hAnsiTheme="minorHAnsi"/>
          <w:sz w:val="21"/>
        </w:rPr>
        <w:t xml:space="preserve">udzielanie świadczeń zdrowotnych </w:t>
      </w:r>
      <w:r w:rsidR="00EC6819" w:rsidRPr="00EC6819">
        <w:rPr>
          <w:rFonts w:asciiTheme="minorHAnsi" w:hAnsiTheme="minorHAnsi"/>
          <w:sz w:val="21"/>
        </w:rPr>
        <w:t>w Poradni Kardiologicznej oraz udzielanie konsultacji kardiologicznych pacjentom w Wojewódzkim Specjalistycznym Szpitalu Dziecięcym im. prof. dr. Stanisława Popowskiego w Olsztynie</w:t>
      </w:r>
      <w:r w:rsidR="003D160D" w:rsidRPr="00C42E57">
        <w:rPr>
          <w:rFonts w:asciiTheme="minorHAnsi" w:hAnsiTheme="minorHAnsi"/>
          <w:sz w:val="21"/>
          <w:szCs w:val="21"/>
        </w:rPr>
        <w:t xml:space="preserve"> </w:t>
      </w:r>
      <w:r w:rsidRPr="00C42E57">
        <w:rPr>
          <w:rFonts w:asciiTheme="minorHAnsi" w:hAnsiTheme="minorHAnsi"/>
          <w:sz w:val="21"/>
          <w:szCs w:val="21"/>
        </w:rPr>
        <w:t>zgodnie z posiadanymi kwalifikacjami, aktualną</w:t>
      </w:r>
      <w:r w:rsidR="00914723">
        <w:rPr>
          <w:rFonts w:asciiTheme="minorHAnsi" w:hAnsiTheme="minorHAnsi"/>
          <w:sz w:val="21"/>
          <w:szCs w:val="21"/>
        </w:rPr>
        <w:t xml:space="preserve"> </w:t>
      </w:r>
      <w:r w:rsidRPr="00C42E57">
        <w:rPr>
          <w:rFonts w:asciiTheme="minorHAnsi" w:hAnsiTheme="minorHAnsi"/>
          <w:sz w:val="21"/>
          <w:szCs w:val="21"/>
        </w:rPr>
        <w:t>wiedzą</w:t>
      </w:r>
      <w:r w:rsidR="00914723">
        <w:rPr>
          <w:rFonts w:asciiTheme="minorHAnsi" w:hAnsiTheme="minorHAnsi"/>
          <w:sz w:val="21"/>
          <w:szCs w:val="21"/>
        </w:rPr>
        <w:t xml:space="preserve"> </w:t>
      </w:r>
      <w:r w:rsidRPr="00C42E57">
        <w:rPr>
          <w:rFonts w:asciiTheme="minorHAnsi" w:hAnsiTheme="minorHAnsi"/>
          <w:sz w:val="21"/>
          <w:szCs w:val="21"/>
        </w:rPr>
        <w:t>medyczną</w:t>
      </w:r>
      <w:r w:rsidR="00E02A4A" w:rsidRPr="00C42E57">
        <w:rPr>
          <w:rFonts w:asciiTheme="minorHAnsi" w:hAnsiTheme="minorHAnsi"/>
          <w:sz w:val="21"/>
          <w:szCs w:val="21"/>
        </w:rPr>
        <w:t xml:space="preserve"> i</w:t>
      </w:r>
      <w:r w:rsidRPr="00C42E57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7FFCF99B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83FCE">
        <w:rPr>
          <w:rFonts w:asciiTheme="minorHAnsi" w:hAnsiTheme="minorHAnsi"/>
          <w:sz w:val="21"/>
        </w:rPr>
        <w:t>1</w:t>
      </w:r>
      <w:r w:rsidR="00E4465B">
        <w:rPr>
          <w:rFonts w:asciiTheme="minorHAnsi" w:hAnsiTheme="minorHAnsi"/>
          <w:sz w:val="21"/>
        </w:rPr>
        <w:t>;</w:t>
      </w:r>
    </w:p>
    <w:p w14:paraId="4A5F1DF7" w14:textId="08B1FBE4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 w:rsidRPr="00193E37">
        <w:rPr>
          <w:rFonts w:asciiTheme="minorHAnsi" w:hAnsiTheme="minorHAnsi"/>
          <w:sz w:val="21"/>
        </w:rPr>
        <w:t xml:space="preserve">jest </w:t>
      </w:r>
      <w:r w:rsidR="00EC6819">
        <w:rPr>
          <w:rFonts w:asciiTheme="minorHAnsi" w:hAnsiTheme="minorHAnsi"/>
          <w:sz w:val="21"/>
        </w:rPr>
        <w:t xml:space="preserve">Poradnia </w:t>
      </w:r>
      <w:r w:rsidR="00914723">
        <w:rPr>
          <w:rFonts w:asciiTheme="minorHAnsi" w:hAnsiTheme="minorHAnsi"/>
          <w:sz w:val="21"/>
        </w:rPr>
        <w:t>K</w:t>
      </w:r>
      <w:r w:rsidR="00EC6819">
        <w:rPr>
          <w:rFonts w:asciiTheme="minorHAnsi" w:hAnsiTheme="minorHAnsi"/>
          <w:sz w:val="21"/>
        </w:rPr>
        <w:t>ardiologiczna</w:t>
      </w:r>
      <w:r w:rsidR="00957D95" w:rsidRPr="00957D95">
        <w:rPr>
          <w:rFonts w:asciiTheme="minorHAnsi" w:hAnsiTheme="minorHAnsi"/>
          <w:sz w:val="21"/>
        </w:rPr>
        <w:t xml:space="preserve"> </w:t>
      </w:r>
      <w:r w:rsidR="00914723">
        <w:rPr>
          <w:rFonts w:asciiTheme="minorHAnsi" w:hAnsiTheme="minorHAnsi"/>
          <w:sz w:val="21"/>
        </w:rPr>
        <w:t xml:space="preserve">i oddziały </w:t>
      </w:r>
      <w:r w:rsidR="00E02A4A" w:rsidRPr="00193E37">
        <w:rPr>
          <w:rFonts w:asciiTheme="minorHAnsi" w:hAnsiTheme="minorHAnsi"/>
          <w:sz w:val="21"/>
        </w:rPr>
        <w:t>Wojewódzkiego Specjalistycznego Szpitala Dziecięcego w Olsztynie</w:t>
      </w:r>
      <w:r w:rsidR="006D10DF">
        <w:rPr>
          <w:rFonts w:asciiTheme="minorHAnsi" w:hAnsiTheme="minorHAnsi"/>
          <w:sz w:val="21"/>
        </w:rPr>
        <w:t>;</w:t>
      </w:r>
    </w:p>
    <w:p w14:paraId="3E0D69B8" w14:textId="3850AAD2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C2791F">
        <w:rPr>
          <w:rFonts w:asciiTheme="minorHAnsi" w:hAnsiTheme="minorHAnsi"/>
          <w:sz w:val="21"/>
        </w:rPr>
        <w:t>;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30B17614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EC6819">
        <w:rPr>
          <w:rFonts w:asciiTheme="minorHAnsi" w:hAnsiTheme="minorHAnsi"/>
          <w:sz w:val="21"/>
        </w:rPr>
        <w:t>6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486581F2" w:rsidR="00606390" w:rsidRPr="00957D95" w:rsidRDefault="0014577C" w:rsidP="00C42E57">
      <w:pPr>
        <w:spacing w:after="120"/>
        <w:jc w:val="center"/>
        <w:rPr>
          <w:rFonts w:asciiTheme="minorHAnsi" w:hAnsiTheme="minorHAnsi"/>
          <w:sz w:val="20"/>
          <w:szCs w:val="20"/>
        </w:rPr>
      </w:pPr>
      <w:r w:rsidRPr="00957D95">
        <w:rPr>
          <w:rFonts w:asciiTheme="minorHAnsi" w:hAnsiTheme="minorHAnsi"/>
          <w:b/>
          <w:sz w:val="20"/>
          <w:szCs w:val="20"/>
        </w:rPr>
        <w:t xml:space="preserve">„Konkurs ofert – </w:t>
      </w:r>
      <w:r w:rsidR="00EC6819" w:rsidRPr="00EC6819">
        <w:rPr>
          <w:rFonts w:asciiTheme="minorHAnsi" w:hAnsiTheme="minorHAnsi"/>
          <w:b/>
          <w:sz w:val="20"/>
          <w:szCs w:val="20"/>
        </w:rPr>
        <w:t>na udzielanie świadczeń zdrowotnych w Poradni Kardiologicznej oraz udzielanie konsultacji kardiologicznych pacjentom w Wojewódzkim Specjalistycznym Szpitalu Dziecięcym im. prof. dr. Stanisława Popowskiego w Olsztynie</w:t>
      </w:r>
      <w:r w:rsidRPr="00957D95">
        <w:rPr>
          <w:rFonts w:asciiTheme="minorHAnsi" w:hAnsiTheme="minorHAnsi"/>
          <w:b/>
          <w:sz w:val="20"/>
          <w:szCs w:val="20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09D61BDA" w:rsidR="00606390" w:rsidRPr="00EF2600" w:rsidRDefault="00EC6819" w:rsidP="00EF2600">
            <w:pPr>
              <w:rPr>
                <w:rFonts w:asciiTheme="minorHAnsi" w:hAnsiTheme="minorHAnsi"/>
                <w:sz w:val="19"/>
              </w:rPr>
            </w:pPr>
            <w:r w:rsidRPr="00EC6819">
              <w:rPr>
                <w:rFonts w:asciiTheme="minorHAnsi" w:hAnsiTheme="minorHAnsi"/>
                <w:sz w:val="19"/>
              </w:rPr>
              <w:t>posiadanie tytułu specjalisty w dziedzinie kardiologii dziecięcej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7C668F8C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D30E9E" w:rsidRPr="00D30E9E">
        <w:rPr>
          <w:rFonts w:asciiTheme="minorHAnsi" w:hAnsiTheme="minorHAnsi"/>
          <w:sz w:val="21"/>
        </w:rPr>
        <w:t>posiadanie specjalizacji z medycyny ratunkowej</w:t>
      </w:r>
      <w:r w:rsidR="00957D95" w:rsidRPr="00957D95">
        <w:rPr>
          <w:rFonts w:asciiTheme="minorHAnsi" w:hAnsiTheme="minorHAnsi"/>
          <w:sz w:val="21"/>
        </w:rPr>
        <w:t xml:space="preserve">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0D679" w14:textId="77777777" w:rsidR="001718ED" w:rsidRPr="00AF6ACC" w:rsidRDefault="001718ED">
      <w:pPr>
        <w:spacing w:after="0" w:line="240" w:lineRule="auto"/>
      </w:pPr>
      <w:r w:rsidRPr="00AF6ACC">
        <w:separator/>
      </w:r>
    </w:p>
  </w:endnote>
  <w:endnote w:type="continuationSeparator" w:id="0">
    <w:p w14:paraId="190CDD20" w14:textId="77777777" w:rsidR="001718ED" w:rsidRPr="00AF6ACC" w:rsidRDefault="001718ED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312BD" w14:textId="77777777" w:rsidR="001718ED" w:rsidRPr="00AF6ACC" w:rsidRDefault="001718ED">
      <w:pPr>
        <w:spacing w:after="0" w:line="240" w:lineRule="auto"/>
      </w:pPr>
      <w:r w:rsidRPr="00AF6ACC">
        <w:separator/>
      </w:r>
    </w:p>
  </w:footnote>
  <w:footnote w:type="continuationSeparator" w:id="0">
    <w:p w14:paraId="3932351F" w14:textId="77777777" w:rsidR="001718ED" w:rsidRPr="00AF6ACC" w:rsidRDefault="001718ED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3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2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8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0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9"/>
  </w:num>
  <w:num w:numId="11" w16cid:durableId="507991075">
    <w:abstractNumId w:val="17"/>
  </w:num>
  <w:num w:numId="12" w16cid:durableId="1184825422">
    <w:abstractNumId w:val="26"/>
  </w:num>
  <w:num w:numId="13" w16cid:durableId="1354380556">
    <w:abstractNumId w:val="25"/>
  </w:num>
  <w:num w:numId="14" w16cid:durableId="1330912483">
    <w:abstractNumId w:val="9"/>
  </w:num>
  <w:num w:numId="15" w16cid:durableId="959722530">
    <w:abstractNumId w:val="32"/>
  </w:num>
  <w:num w:numId="16" w16cid:durableId="1500733415">
    <w:abstractNumId w:val="38"/>
  </w:num>
  <w:num w:numId="17" w16cid:durableId="1131943816">
    <w:abstractNumId w:val="37"/>
  </w:num>
  <w:num w:numId="18" w16cid:durableId="1631670342">
    <w:abstractNumId w:val="36"/>
  </w:num>
  <w:num w:numId="19" w16cid:durableId="1974212676">
    <w:abstractNumId w:val="27"/>
  </w:num>
  <w:num w:numId="20" w16cid:durableId="491330965">
    <w:abstractNumId w:val="15"/>
  </w:num>
  <w:num w:numId="21" w16cid:durableId="753740404">
    <w:abstractNumId w:val="41"/>
  </w:num>
  <w:num w:numId="22" w16cid:durableId="505943221">
    <w:abstractNumId w:val="35"/>
  </w:num>
  <w:num w:numId="23" w16cid:durableId="2099213406">
    <w:abstractNumId w:val="42"/>
  </w:num>
  <w:num w:numId="24" w16cid:durableId="1565601592">
    <w:abstractNumId w:val="20"/>
  </w:num>
  <w:num w:numId="25" w16cid:durableId="29647856">
    <w:abstractNumId w:val="33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4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9"/>
  </w:num>
  <w:num w:numId="32" w16cid:durableId="1403331819">
    <w:abstractNumId w:val="34"/>
  </w:num>
  <w:num w:numId="33" w16cid:durableId="1651598328">
    <w:abstractNumId w:val="21"/>
  </w:num>
  <w:num w:numId="34" w16cid:durableId="1622999394">
    <w:abstractNumId w:val="23"/>
  </w:num>
  <w:num w:numId="35" w16cid:durableId="812989444">
    <w:abstractNumId w:val="28"/>
  </w:num>
  <w:num w:numId="36" w16cid:durableId="1701198366">
    <w:abstractNumId w:val="31"/>
  </w:num>
  <w:num w:numId="37" w16cid:durableId="1795175852">
    <w:abstractNumId w:val="22"/>
  </w:num>
  <w:num w:numId="38" w16cid:durableId="1073695517">
    <w:abstractNumId w:val="30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3"/>
  </w:num>
  <w:num w:numId="44" w16cid:durableId="1726174244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EB3"/>
    <w:rsid w:val="0006063C"/>
    <w:rsid w:val="00137BD6"/>
    <w:rsid w:val="0014577C"/>
    <w:rsid w:val="0015074B"/>
    <w:rsid w:val="001718ED"/>
    <w:rsid w:val="0018333C"/>
    <w:rsid w:val="00193E37"/>
    <w:rsid w:val="001A19CF"/>
    <w:rsid w:val="001E13E9"/>
    <w:rsid w:val="001E49BF"/>
    <w:rsid w:val="0021153A"/>
    <w:rsid w:val="0026374A"/>
    <w:rsid w:val="00282C61"/>
    <w:rsid w:val="0029639D"/>
    <w:rsid w:val="002F335E"/>
    <w:rsid w:val="00326F90"/>
    <w:rsid w:val="00333250"/>
    <w:rsid w:val="003767B0"/>
    <w:rsid w:val="003924DD"/>
    <w:rsid w:val="00395F82"/>
    <w:rsid w:val="003A235F"/>
    <w:rsid w:val="003D160D"/>
    <w:rsid w:val="003E5DBB"/>
    <w:rsid w:val="003F59FB"/>
    <w:rsid w:val="004171DB"/>
    <w:rsid w:val="00427C0F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606390"/>
    <w:rsid w:val="00612815"/>
    <w:rsid w:val="00632496"/>
    <w:rsid w:val="0066170B"/>
    <w:rsid w:val="006D10DF"/>
    <w:rsid w:val="006F1EC1"/>
    <w:rsid w:val="00716101"/>
    <w:rsid w:val="00740E28"/>
    <w:rsid w:val="007A03E3"/>
    <w:rsid w:val="007A56DE"/>
    <w:rsid w:val="007B5DEE"/>
    <w:rsid w:val="007E1BD6"/>
    <w:rsid w:val="00866009"/>
    <w:rsid w:val="00883FCE"/>
    <w:rsid w:val="00894132"/>
    <w:rsid w:val="00896090"/>
    <w:rsid w:val="008977E9"/>
    <w:rsid w:val="008A321F"/>
    <w:rsid w:val="008A683F"/>
    <w:rsid w:val="008C543B"/>
    <w:rsid w:val="008D1F92"/>
    <w:rsid w:val="00914723"/>
    <w:rsid w:val="00922D1D"/>
    <w:rsid w:val="009278B8"/>
    <w:rsid w:val="0095701A"/>
    <w:rsid w:val="00957D95"/>
    <w:rsid w:val="009A1CDA"/>
    <w:rsid w:val="009A327A"/>
    <w:rsid w:val="009B4559"/>
    <w:rsid w:val="009B6239"/>
    <w:rsid w:val="009C7CDD"/>
    <w:rsid w:val="009F1E00"/>
    <w:rsid w:val="00A001ED"/>
    <w:rsid w:val="00A12CEF"/>
    <w:rsid w:val="00A175A8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2791F"/>
    <w:rsid w:val="00C3058A"/>
    <w:rsid w:val="00C3170B"/>
    <w:rsid w:val="00C42E57"/>
    <w:rsid w:val="00C45DB4"/>
    <w:rsid w:val="00C5621E"/>
    <w:rsid w:val="00C65B3D"/>
    <w:rsid w:val="00C849C7"/>
    <w:rsid w:val="00C876B2"/>
    <w:rsid w:val="00CA4002"/>
    <w:rsid w:val="00CB0664"/>
    <w:rsid w:val="00CC548C"/>
    <w:rsid w:val="00D306B3"/>
    <w:rsid w:val="00D30E9E"/>
    <w:rsid w:val="00D5680B"/>
    <w:rsid w:val="00D77A48"/>
    <w:rsid w:val="00DA403B"/>
    <w:rsid w:val="00DF3C2B"/>
    <w:rsid w:val="00E02A4A"/>
    <w:rsid w:val="00E41128"/>
    <w:rsid w:val="00E4465B"/>
    <w:rsid w:val="00E54DB6"/>
    <w:rsid w:val="00EB291D"/>
    <w:rsid w:val="00EC6819"/>
    <w:rsid w:val="00EF2600"/>
    <w:rsid w:val="00F0430C"/>
    <w:rsid w:val="00F07EEA"/>
    <w:rsid w:val="00F37B44"/>
    <w:rsid w:val="00FC4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6</Pages>
  <Words>2249</Words>
  <Characters>13495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44</cp:revision>
  <cp:lastPrinted>2026-10-05T10:01:00Z</cp:lastPrinted>
  <dcterms:created xsi:type="dcterms:W3CDTF">2026-09-23T09:26:00Z</dcterms:created>
  <dcterms:modified xsi:type="dcterms:W3CDTF">2026-10-09T12:15:00Z</dcterms:modified>
  <cp:category/>
</cp:coreProperties>
</file>