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01F807E6" w:rsidR="00606390" w:rsidRPr="00957D95" w:rsidRDefault="00A175A8" w:rsidP="00A175A8">
      <w:pPr>
        <w:spacing w:after="240"/>
        <w:jc w:val="center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A175A8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na udzielanie świadczeń zdrowotnych w Szpitalnym Oddziale Ratunkowym dla Dzieci</w:t>
      </w:r>
      <w:r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br/>
      </w:r>
      <w:r w:rsidRPr="00A175A8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 xml:space="preserve"> w trybie dziennym i dyżurowym oraz przeprowadzanie badań lekarskich pacjentów </w:t>
      </w:r>
      <w:r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br/>
      </w:r>
      <w:r w:rsidRPr="00A175A8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na zlecenie policji</w:t>
      </w:r>
      <w:r w:rsidR="00957D95" w:rsidRPr="00957D95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.</w:t>
      </w:r>
      <w:r w:rsidR="00957D95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br/>
      </w:r>
      <w:r w:rsidR="00C3170B" w:rsidRPr="006D10DF">
        <w:rPr>
          <w:rFonts w:asciiTheme="minorHAnsi" w:hAnsiTheme="minorHAnsi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129D55FE" w:rsidR="00606390" w:rsidRPr="00C42E57" w:rsidRDefault="0014577C" w:rsidP="00C42E5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C42E57">
        <w:rPr>
          <w:rFonts w:asciiTheme="minorHAnsi" w:hAnsiTheme="minorHAnsi"/>
          <w:sz w:val="21"/>
        </w:rPr>
        <w:t>Przedmiotem konkursu jest</w:t>
      </w:r>
      <w:r w:rsidR="00957D95" w:rsidRPr="00C42E57">
        <w:rPr>
          <w:rFonts w:asciiTheme="minorHAnsi" w:hAnsiTheme="minorHAnsi"/>
          <w:sz w:val="21"/>
        </w:rPr>
        <w:t xml:space="preserve"> </w:t>
      </w:r>
      <w:r w:rsidR="00C42E57" w:rsidRPr="00C42E57">
        <w:rPr>
          <w:rFonts w:asciiTheme="minorHAnsi" w:hAnsiTheme="minorHAnsi"/>
          <w:sz w:val="21"/>
        </w:rPr>
        <w:t>udzielanie świadczeń zdrowotnych w Szpitalnym Oddziale Ratunkowym dla Dzieci w trybie dziennym i dyżurowym oraz przeprowadzanie badań lekarskich pacjentów na zlecenie policji</w:t>
      </w:r>
      <w:r w:rsidR="00957D95" w:rsidRPr="00C42E57">
        <w:rPr>
          <w:rFonts w:asciiTheme="minorHAnsi" w:hAnsiTheme="minorHAnsi"/>
          <w:sz w:val="21"/>
        </w:rPr>
        <w:t>,</w:t>
      </w:r>
      <w:r w:rsidR="003D160D" w:rsidRPr="00C42E57">
        <w:rPr>
          <w:rFonts w:asciiTheme="minorHAnsi" w:hAnsiTheme="minorHAnsi"/>
          <w:sz w:val="21"/>
          <w:szCs w:val="21"/>
        </w:rPr>
        <w:t xml:space="preserve"> </w:t>
      </w:r>
      <w:r w:rsidRPr="00C42E57">
        <w:rPr>
          <w:rFonts w:asciiTheme="minorHAnsi" w:hAnsiTheme="minorHAnsi"/>
          <w:sz w:val="21"/>
          <w:szCs w:val="21"/>
        </w:rPr>
        <w:t>zgodnie z posiadanymi kwalifikacjami, aktualną</w:t>
      </w:r>
      <w:r w:rsidR="007B5DEE" w:rsidRPr="00C42E57">
        <w:rPr>
          <w:rFonts w:asciiTheme="minorHAnsi" w:hAnsiTheme="minorHAnsi"/>
          <w:sz w:val="21"/>
          <w:szCs w:val="21"/>
        </w:rPr>
        <w:t xml:space="preserve"> </w:t>
      </w:r>
      <w:r w:rsidRPr="00C42E57">
        <w:rPr>
          <w:rFonts w:asciiTheme="minorHAnsi" w:hAnsiTheme="minorHAnsi"/>
          <w:sz w:val="21"/>
          <w:szCs w:val="21"/>
        </w:rPr>
        <w:t>wiedzą</w:t>
      </w:r>
      <w:r w:rsidR="007B5DEE" w:rsidRPr="00C42E57">
        <w:rPr>
          <w:rFonts w:asciiTheme="minorHAnsi" w:hAnsiTheme="minorHAnsi"/>
          <w:sz w:val="21"/>
          <w:szCs w:val="21"/>
        </w:rPr>
        <w:t xml:space="preserve"> </w:t>
      </w:r>
      <w:r w:rsidRPr="00C42E57">
        <w:rPr>
          <w:rFonts w:asciiTheme="minorHAnsi" w:hAnsiTheme="minorHAnsi"/>
          <w:sz w:val="21"/>
          <w:szCs w:val="21"/>
        </w:rPr>
        <w:t>medyczną</w:t>
      </w:r>
      <w:r w:rsidR="00E02A4A" w:rsidRPr="00C42E57">
        <w:rPr>
          <w:rFonts w:asciiTheme="minorHAnsi" w:hAnsiTheme="minorHAnsi"/>
          <w:sz w:val="21"/>
          <w:szCs w:val="21"/>
        </w:rPr>
        <w:t xml:space="preserve"> </w:t>
      </w:r>
      <w:r w:rsidR="00C42E57">
        <w:rPr>
          <w:rFonts w:asciiTheme="minorHAnsi" w:hAnsiTheme="minorHAnsi"/>
          <w:sz w:val="21"/>
          <w:szCs w:val="21"/>
        </w:rPr>
        <w:br/>
      </w:r>
      <w:r w:rsidR="00E02A4A" w:rsidRPr="00C42E57">
        <w:rPr>
          <w:rFonts w:asciiTheme="minorHAnsi" w:hAnsiTheme="minorHAnsi"/>
          <w:sz w:val="21"/>
          <w:szCs w:val="21"/>
        </w:rPr>
        <w:t>i</w:t>
      </w:r>
      <w:r w:rsidRPr="00C42E57">
        <w:rPr>
          <w:rFonts w:asciiTheme="minorHAnsi" w:hAnsiTheme="minorHAnsi"/>
          <w:sz w:val="21"/>
          <w:szCs w:val="21"/>
        </w:rPr>
        <w:t xml:space="preserve"> obowiązującymi procedurami.</w:t>
      </w:r>
    </w:p>
    <w:p w14:paraId="4C67EF96" w14:textId="7FFCF99B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883FCE">
        <w:rPr>
          <w:rFonts w:asciiTheme="minorHAnsi" w:hAnsiTheme="minorHAnsi"/>
          <w:sz w:val="21"/>
        </w:rPr>
        <w:t>1</w:t>
      </w:r>
      <w:r w:rsidR="00E4465B">
        <w:rPr>
          <w:rFonts w:asciiTheme="minorHAnsi" w:hAnsiTheme="minorHAnsi"/>
          <w:sz w:val="21"/>
        </w:rPr>
        <w:t>;</w:t>
      </w:r>
    </w:p>
    <w:p w14:paraId="4A5F1DF7" w14:textId="037714AD" w:rsidR="00606390" w:rsidRPr="00193E37" w:rsidRDefault="0014577C" w:rsidP="00193E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93E37">
        <w:rPr>
          <w:rFonts w:asciiTheme="minorHAnsi" w:hAnsiTheme="minorHAnsi"/>
          <w:sz w:val="21"/>
        </w:rPr>
        <w:lastRenderedPageBreak/>
        <w:t xml:space="preserve">Miejscem udzielania świadczeń </w:t>
      </w:r>
      <w:r w:rsidR="00E02A4A" w:rsidRPr="00193E37">
        <w:rPr>
          <w:rFonts w:asciiTheme="minorHAnsi" w:hAnsiTheme="minorHAnsi"/>
          <w:sz w:val="21"/>
        </w:rPr>
        <w:t xml:space="preserve">jest </w:t>
      </w:r>
      <w:r w:rsidR="00C42E57">
        <w:rPr>
          <w:rFonts w:asciiTheme="minorHAnsi" w:hAnsiTheme="minorHAnsi"/>
          <w:sz w:val="21"/>
        </w:rPr>
        <w:t>Szpitalny Oddział Ratunkowy dla Dzieci</w:t>
      </w:r>
      <w:r w:rsidR="00957D95" w:rsidRPr="00957D95">
        <w:rPr>
          <w:rFonts w:asciiTheme="minorHAnsi" w:hAnsiTheme="minorHAnsi"/>
          <w:sz w:val="21"/>
        </w:rPr>
        <w:t xml:space="preserve"> </w:t>
      </w:r>
      <w:r w:rsidR="00E02A4A" w:rsidRPr="00193E37">
        <w:rPr>
          <w:rFonts w:asciiTheme="minorHAnsi" w:hAnsiTheme="minorHAnsi"/>
          <w:sz w:val="21"/>
        </w:rPr>
        <w:t>Wojewódzkiego Specjalistycznego Szpitala Dziecięcego w Olsztynie</w:t>
      </w:r>
      <w:r w:rsidR="006D10DF">
        <w:rPr>
          <w:rFonts w:asciiTheme="minorHAnsi" w:hAnsiTheme="minorHAnsi"/>
          <w:sz w:val="21"/>
        </w:rPr>
        <w:t>;</w:t>
      </w:r>
    </w:p>
    <w:p w14:paraId="3E0D69B8" w14:textId="3850AAD2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C2791F">
        <w:rPr>
          <w:rFonts w:asciiTheme="minorHAnsi" w:hAnsiTheme="minorHAnsi"/>
          <w:sz w:val="21"/>
        </w:rPr>
        <w:t>;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7D8E98A7" w:rsidR="00606390" w:rsidRPr="00957D95" w:rsidRDefault="0014577C" w:rsidP="00C42E57">
      <w:pPr>
        <w:spacing w:after="120"/>
        <w:jc w:val="center"/>
        <w:rPr>
          <w:rFonts w:asciiTheme="minorHAnsi" w:hAnsiTheme="minorHAnsi"/>
          <w:sz w:val="20"/>
          <w:szCs w:val="20"/>
        </w:rPr>
      </w:pPr>
      <w:r w:rsidRPr="00957D95">
        <w:rPr>
          <w:rFonts w:asciiTheme="minorHAnsi" w:hAnsiTheme="minorHAnsi"/>
          <w:b/>
          <w:sz w:val="20"/>
          <w:szCs w:val="20"/>
        </w:rPr>
        <w:t xml:space="preserve">„Konkurs ofert – </w:t>
      </w:r>
      <w:r w:rsidR="00C42E57" w:rsidRPr="00C42E57">
        <w:rPr>
          <w:rFonts w:asciiTheme="minorHAnsi" w:hAnsiTheme="minorHAnsi"/>
          <w:b/>
          <w:sz w:val="20"/>
          <w:szCs w:val="20"/>
        </w:rPr>
        <w:t>na udzielanie świadczeń zdrowotnych w Szpitalnym Oddziale Ratunkowym dla Dzieci w trybie dziennym i dyżurowym oraz przeprowadzanie badań lekarskich pacjentów na zlecenie policji w Wojewódzkim Specjalistycznym Szpitalu Dziecięcym im. prof. dr. Stanisława Popowskiego w Olsztynie</w:t>
      </w:r>
      <w:r w:rsidRPr="00957D95">
        <w:rPr>
          <w:rFonts w:asciiTheme="minorHAnsi" w:hAnsiTheme="minorHAnsi"/>
          <w:b/>
          <w:sz w:val="20"/>
          <w:szCs w:val="20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04E2BF4F" w:rsidR="00606390" w:rsidRPr="00EF2600" w:rsidRDefault="00D30E9E" w:rsidP="00EF2600">
            <w:pPr>
              <w:rPr>
                <w:rFonts w:asciiTheme="minorHAnsi" w:hAnsiTheme="minorHAnsi"/>
                <w:sz w:val="19"/>
              </w:rPr>
            </w:pPr>
            <w:r w:rsidRPr="00D30E9E">
              <w:rPr>
                <w:rFonts w:asciiTheme="minorHAnsi" w:hAnsiTheme="minorHAnsi"/>
                <w:sz w:val="19"/>
              </w:rPr>
              <w:t>posiadanie specjalizacji z medycyny ratunkowej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7C668F8C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D30E9E" w:rsidRPr="00D30E9E">
        <w:rPr>
          <w:rFonts w:asciiTheme="minorHAnsi" w:hAnsiTheme="minorHAnsi"/>
          <w:sz w:val="21"/>
        </w:rPr>
        <w:t>posiadanie specjalizacji z medycyny ratunkowej</w:t>
      </w:r>
      <w:r w:rsidR="00957D95" w:rsidRPr="00957D95">
        <w:rPr>
          <w:rFonts w:asciiTheme="minorHAnsi" w:hAnsiTheme="minorHAnsi"/>
          <w:sz w:val="21"/>
        </w:rPr>
        <w:t xml:space="preserve"> 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38123" w14:textId="77777777" w:rsidR="00035EB3" w:rsidRPr="00AF6ACC" w:rsidRDefault="00035EB3">
      <w:pPr>
        <w:spacing w:after="0" w:line="240" w:lineRule="auto"/>
      </w:pPr>
      <w:r w:rsidRPr="00AF6ACC">
        <w:separator/>
      </w:r>
    </w:p>
  </w:endnote>
  <w:endnote w:type="continuationSeparator" w:id="0">
    <w:p w14:paraId="7E5DF502" w14:textId="77777777" w:rsidR="00035EB3" w:rsidRPr="00AF6ACC" w:rsidRDefault="00035EB3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D2649" w14:textId="77777777" w:rsidR="00035EB3" w:rsidRPr="00AF6ACC" w:rsidRDefault="00035EB3">
      <w:pPr>
        <w:spacing w:after="0" w:line="240" w:lineRule="auto"/>
      </w:pPr>
      <w:r w:rsidRPr="00AF6ACC">
        <w:separator/>
      </w:r>
    </w:p>
  </w:footnote>
  <w:footnote w:type="continuationSeparator" w:id="0">
    <w:p w14:paraId="25EF75D0" w14:textId="77777777" w:rsidR="00035EB3" w:rsidRPr="00AF6ACC" w:rsidRDefault="00035EB3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C322544"/>
    <w:multiLevelType w:val="hybridMultilevel"/>
    <w:tmpl w:val="D7FECAAA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3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2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8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F496AB8"/>
    <w:multiLevelType w:val="hybridMultilevel"/>
    <w:tmpl w:val="D2164E04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0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9"/>
  </w:num>
  <w:num w:numId="11" w16cid:durableId="507991075">
    <w:abstractNumId w:val="17"/>
  </w:num>
  <w:num w:numId="12" w16cid:durableId="1184825422">
    <w:abstractNumId w:val="26"/>
  </w:num>
  <w:num w:numId="13" w16cid:durableId="1354380556">
    <w:abstractNumId w:val="25"/>
  </w:num>
  <w:num w:numId="14" w16cid:durableId="1330912483">
    <w:abstractNumId w:val="9"/>
  </w:num>
  <w:num w:numId="15" w16cid:durableId="959722530">
    <w:abstractNumId w:val="32"/>
  </w:num>
  <w:num w:numId="16" w16cid:durableId="1500733415">
    <w:abstractNumId w:val="38"/>
  </w:num>
  <w:num w:numId="17" w16cid:durableId="1131943816">
    <w:abstractNumId w:val="37"/>
  </w:num>
  <w:num w:numId="18" w16cid:durableId="1631670342">
    <w:abstractNumId w:val="36"/>
  </w:num>
  <w:num w:numId="19" w16cid:durableId="1974212676">
    <w:abstractNumId w:val="27"/>
  </w:num>
  <w:num w:numId="20" w16cid:durableId="491330965">
    <w:abstractNumId w:val="15"/>
  </w:num>
  <w:num w:numId="21" w16cid:durableId="753740404">
    <w:abstractNumId w:val="41"/>
  </w:num>
  <w:num w:numId="22" w16cid:durableId="505943221">
    <w:abstractNumId w:val="35"/>
  </w:num>
  <w:num w:numId="23" w16cid:durableId="2099213406">
    <w:abstractNumId w:val="42"/>
  </w:num>
  <w:num w:numId="24" w16cid:durableId="1565601592">
    <w:abstractNumId w:val="20"/>
  </w:num>
  <w:num w:numId="25" w16cid:durableId="29647856">
    <w:abstractNumId w:val="33"/>
  </w:num>
  <w:num w:numId="26" w16cid:durableId="1330980027">
    <w:abstractNumId w:val="19"/>
  </w:num>
  <w:num w:numId="27" w16cid:durableId="1164322336">
    <w:abstractNumId w:val="16"/>
  </w:num>
  <w:num w:numId="28" w16cid:durableId="1635254486">
    <w:abstractNumId w:val="24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9"/>
  </w:num>
  <w:num w:numId="32" w16cid:durableId="1403331819">
    <w:abstractNumId w:val="34"/>
  </w:num>
  <w:num w:numId="33" w16cid:durableId="1651598328">
    <w:abstractNumId w:val="21"/>
  </w:num>
  <w:num w:numId="34" w16cid:durableId="1622999394">
    <w:abstractNumId w:val="23"/>
  </w:num>
  <w:num w:numId="35" w16cid:durableId="812989444">
    <w:abstractNumId w:val="28"/>
  </w:num>
  <w:num w:numId="36" w16cid:durableId="1701198366">
    <w:abstractNumId w:val="31"/>
  </w:num>
  <w:num w:numId="37" w16cid:durableId="1795175852">
    <w:abstractNumId w:val="22"/>
  </w:num>
  <w:num w:numId="38" w16cid:durableId="1073695517">
    <w:abstractNumId w:val="30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 w:numId="43" w16cid:durableId="187138039">
    <w:abstractNumId w:val="43"/>
  </w:num>
  <w:num w:numId="44" w16cid:durableId="1726174244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EB3"/>
    <w:rsid w:val="0006063C"/>
    <w:rsid w:val="00137BD6"/>
    <w:rsid w:val="0014577C"/>
    <w:rsid w:val="0015074B"/>
    <w:rsid w:val="0018333C"/>
    <w:rsid w:val="00193E37"/>
    <w:rsid w:val="001A19CF"/>
    <w:rsid w:val="001E13E9"/>
    <w:rsid w:val="001E49BF"/>
    <w:rsid w:val="0021153A"/>
    <w:rsid w:val="00282C61"/>
    <w:rsid w:val="0029639D"/>
    <w:rsid w:val="002F335E"/>
    <w:rsid w:val="00326F90"/>
    <w:rsid w:val="00333250"/>
    <w:rsid w:val="003924DD"/>
    <w:rsid w:val="00395F82"/>
    <w:rsid w:val="003A235F"/>
    <w:rsid w:val="003D160D"/>
    <w:rsid w:val="003E5DBB"/>
    <w:rsid w:val="003F59FB"/>
    <w:rsid w:val="004171DB"/>
    <w:rsid w:val="00427C0F"/>
    <w:rsid w:val="00442BCA"/>
    <w:rsid w:val="00447879"/>
    <w:rsid w:val="00453DB9"/>
    <w:rsid w:val="0045666B"/>
    <w:rsid w:val="00461E95"/>
    <w:rsid w:val="004702D3"/>
    <w:rsid w:val="004949CF"/>
    <w:rsid w:val="004B4A56"/>
    <w:rsid w:val="004C4D6D"/>
    <w:rsid w:val="00606390"/>
    <w:rsid w:val="00612815"/>
    <w:rsid w:val="00632496"/>
    <w:rsid w:val="0066170B"/>
    <w:rsid w:val="006D10DF"/>
    <w:rsid w:val="006F1EC1"/>
    <w:rsid w:val="00716101"/>
    <w:rsid w:val="00740E28"/>
    <w:rsid w:val="007A56DE"/>
    <w:rsid w:val="007B5DEE"/>
    <w:rsid w:val="007E1BD6"/>
    <w:rsid w:val="00866009"/>
    <w:rsid w:val="00883FCE"/>
    <w:rsid w:val="00894132"/>
    <w:rsid w:val="00896090"/>
    <w:rsid w:val="008977E9"/>
    <w:rsid w:val="008A321F"/>
    <w:rsid w:val="008A683F"/>
    <w:rsid w:val="008C543B"/>
    <w:rsid w:val="008D1F92"/>
    <w:rsid w:val="00922D1D"/>
    <w:rsid w:val="009278B8"/>
    <w:rsid w:val="0095701A"/>
    <w:rsid w:val="00957D95"/>
    <w:rsid w:val="009A1CDA"/>
    <w:rsid w:val="009A327A"/>
    <w:rsid w:val="009B4559"/>
    <w:rsid w:val="009B6239"/>
    <w:rsid w:val="009C7CDD"/>
    <w:rsid w:val="009F1E00"/>
    <w:rsid w:val="00A001ED"/>
    <w:rsid w:val="00A12CEF"/>
    <w:rsid w:val="00A175A8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155FE"/>
    <w:rsid w:val="00C2791F"/>
    <w:rsid w:val="00C3058A"/>
    <w:rsid w:val="00C3170B"/>
    <w:rsid w:val="00C42E57"/>
    <w:rsid w:val="00C45DB4"/>
    <w:rsid w:val="00C5621E"/>
    <w:rsid w:val="00C65B3D"/>
    <w:rsid w:val="00C849C7"/>
    <w:rsid w:val="00CA4002"/>
    <w:rsid w:val="00CB0664"/>
    <w:rsid w:val="00CC548C"/>
    <w:rsid w:val="00D306B3"/>
    <w:rsid w:val="00D30E9E"/>
    <w:rsid w:val="00D5680B"/>
    <w:rsid w:val="00D77A48"/>
    <w:rsid w:val="00DA403B"/>
    <w:rsid w:val="00E02A4A"/>
    <w:rsid w:val="00E41128"/>
    <w:rsid w:val="00E4465B"/>
    <w:rsid w:val="00E54DB6"/>
    <w:rsid w:val="00EB291D"/>
    <w:rsid w:val="00EF2600"/>
    <w:rsid w:val="00F0430C"/>
    <w:rsid w:val="00F07EEA"/>
    <w:rsid w:val="00F37B44"/>
    <w:rsid w:val="00FC40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6</Pages>
  <Words>2245</Words>
  <Characters>13471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40</cp:revision>
  <cp:lastPrinted>2026-10-05T10:01:00Z</cp:lastPrinted>
  <dcterms:created xsi:type="dcterms:W3CDTF">2026-09-23T09:26:00Z</dcterms:created>
  <dcterms:modified xsi:type="dcterms:W3CDTF">2026-10-06T09:34:00Z</dcterms:modified>
  <cp:category/>
</cp:coreProperties>
</file>