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05BFEF43" w14:textId="202A00B1" w:rsidR="001A19CF" w:rsidRPr="001A19CF" w:rsidRDefault="00896090" w:rsidP="00896090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284"/>
        <w:contextualSpacing/>
        <w:jc w:val="both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896090">
        <w:rPr>
          <w:rFonts w:asciiTheme="minorHAnsi" w:eastAsia="SimSun" w:hAnsiTheme="minorHAnsi" w:cs="Arial"/>
          <w:b/>
          <w:bCs/>
          <w:kern w:val="3"/>
          <w:sz w:val="21"/>
          <w:szCs w:val="21"/>
          <w:lang w:eastAsia="zh-CN" w:bidi="hi-IN"/>
        </w:rPr>
        <w:t>na udzielanie świadczeń zdrowotnych w Oddziale Chorób Zakaźnych dla Dzieci oraz udzielanie konsultacji specjalistycznych z zakresu chorób zakaźnych pacjentom innych oddziałów szpitala wraz z pełnieniem funkcji Koordynatora w Oddziale Chorób Zakaźnych dla Dzieci oraz udzielaniem świadczeń zdrowotnych w Poradni Chorób Zakaźnych i Szczepień</w:t>
      </w:r>
      <w:r w:rsidR="001A19CF" w:rsidRPr="001A19C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24F13A06" w:rsidR="00606390" w:rsidRPr="00896090" w:rsidRDefault="0014577C" w:rsidP="00EB291D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</w:rPr>
      </w:pPr>
      <w:r w:rsidRPr="00896090">
        <w:rPr>
          <w:rFonts w:asciiTheme="minorHAnsi" w:hAnsiTheme="minorHAnsi"/>
          <w:sz w:val="21"/>
        </w:rPr>
        <w:t>Przedmiotem konkursu jest</w:t>
      </w:r>
      <w:r w:rsidR="00896090" w:rsidRPr="00896090">
        <w:rPr>
          <w:rFonts w:asciiTheme="minorHAnsi" w:eastAsia="SimSun" w:hAnsiTheme="minorHAnsi" w:cs="Arial"/>
          <w:kern w:val="3"/>
          <w:sz w:val="21"/>
          <w:szCs w:val="21"/>
          <w:lang w:eastAsia="zh-CN" w:bidi="hi-IN"/>
        </w:rPr>
        <w:t xml:space="preserve"> udzielanie świadczeń zdrowotnych w Oddziale Chorób Zakaźnych dla Dzieci oraz udzielanie konsultacji specjalistycznych z zakresu chorób zakaźnych pacjentom innych oddziałów szpitala wraz z pełnieniem funkcji Koordynatora w Oddziale Chorób Zakaźnych dla Dzieci oraz udzielaniem świadczeń zdrowotnych w Poradni Chorób Zakaźnych i Szczepień</w:t>
      </w:r>
      <w:r w:rsidR="003D160D" w:rsidRPr="00896090">
        <w:rPr>
          <w:rFonts w:asciiTheme="minorHAnsi" w:hAnsiTheme="minorHAnsi"/>
          <w:sz w:val="21"/>
        </w:rPr>
        <w:t xml:space="preserve"> </w:t>
      </w:r>
      <w:r w:rsidRPr="00896090">
        <w:rPr>
          <w:rFonts w:asciiTheme="minorHAnsi" w:hAnsiTheme="minorHAnsi"/>
          <w:sz w:val="21"/>
        </w:rPr>
        <w:t xml:space="preserve">zgodnie </w:t>
      </w:r>
      <w:r w:rsidR="00896090">
        <w:rPr>
          <w:rFonts w:asciiTheme="minorHAnsi" w:hAnsiTheme="minorHAnsi"/>
          <w:sz w:val="21"/>
        </w:rPr>
        <w:br/>
      </w:r>
      <w:r w:rsidRPr="00896090">
        <w:rPr>
          <w:rFonts w:asciiTheme="minorHAnsi" w:hAnsiTheme="minorHAnsi"/>
          <w:sz w:val="21"/>
        </w:rPr>
        <w:t>z posiadanymi kwalifikacjami, aktualną</w:t>
      </w:r>
      <w:r w:rsidR="007B5DEE" w:rsidRPr="00896090">
        <w:rPr>
          <w:rFonts w:asciiTheme="minorHAnsi" w:hAnsiTheme="minorHAnsi"/>
          <w:sz w:val="21"/>
        </w:rPr>
        <w:t xml:space="preserve"> </w:t>
      </w:r>
      <w:r w:rsidRPr="00896090">
        <w:rPr>
          <w:rFonts w:asciiTheme="minorHAnsi" w:hAnsiTheme="minorHAnsi"/>
          <w:sz w:val="21"/>
        </w:rPr>
        <w:t>wiedzą</w:t>
      </w:r>
      <w:r w:rsidR="007B5DEE" w:rsidRPr="00896090">
        <w:rPr>
          <w:rFonts w:asciiTheme="minorHAnsi" w:hAnsiTheme="minorHAnsi"/>
          <w:sz w:val="21"/>
        </w:rPr>
        <w:t xml:space="preserve"> </w:t>
      </w:r>
      <w:r w:rsidRPr="00896090">
        <w:rPr>
          <w:rFonts w:asciiTheme="minorHAnsi" w:hAnsiTheme="minorHAnsi"/>
          <w:sz w:val="21"/>
        </w:rPr>
        <w:t>medyczną</w:t>
      </w:r>
      <w:r w:rsidR="00E02A4A" w:rsidRPr="00896090">
        <w:rPr>
          <w:rFonts w:asciiTheme="minorHAnsi" w:hAnsiTheme="minorHAnsi"/>
          <w:sz w:val="21"/>
        </w:rPr>
        <w:t xml:space="preserve"> i</w:t>
      </w:r>
      <w:r w:rsidRPr="00896090">
        <w:rPr>
          <w:rFonts w:asciiTheme="minorHAnsi" w:hAnsiTheme="minorHAnsi"/>
          <w:sz w:val="21"/>
        </w:rPr>
        <w:t xml:space="preserve"> obowiązującymi procedurami.</w:t>
      </w:r>
    </w:p>
    <w:p w14:paraId="4C67EF96" w14:textId="565ACE8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5E5CB797" w:rsidR="00606390" w:rsidRPr="00AF6ACC" w:rsidRDefault="0014577C" w:rsidP="0045666B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896090" w:rsidRPr="00896090">
        <w:rPr>
          <w:rFonts w:asciiTheme="minorHAnsi" w:hAnsiTheme="minorHAnsi"/>
          <w:sz w:val="21"/>
        </w:rPr>
        <w:t>Oddzia</w:t>
      </w:r>
      <w:r w:rsidR="0045666B">
        <w:rPr>
          <w:rFonts w:asciiTheme="minorHAnsi" w:hAnsiTheme="minorHAnsi"/>
          <w:sz w:val="21"/>
        </w:rPr>
        <w:t>ł</w:t>
      </w:r>
      <w:r w:rsidR="00896090" w:rsidRPr="00896090">
        <w:rPr>
          <w:rFonts w:asciiTheme="minorHAnsi" w:hAnsiTheme="minorHAnsi"/>
          <w:sz w:val="21"/>
        </w:rPr>
        <w:t xml:space="preserve"> Chorób Zakaźnych dla Dzieci</w:t>
      </w:r>
      <w:r w:rsidR="007B5DEE">
        <w:rPr>
          <w:rFonts w:asciiTheme="minorHAnsi" w:hAnsiTheme="minorHAnsi"/>
          <w:sz w:val="21"/>
        </w:rPr>
        <w:t>,</w:t>
      </w:r>
      <w:r w:rsidR="007B5DEE" w:rsidRPr="007B5DEE">
        <w:rPr>
          <w:rFonts w:asciiTheme="minorHAnsi" w:hAnsiTheme="minorHAnsi"/>
          <w:sz w:val="21"/>
        </w:rPr>
        <w:t xml:space="preserve"> </w:t>
      </w:r>
      <w:r w:rsidR="007B5DEE">
        <w:rPr>
          <w:rFonts w:asciiTheme="minorHAnsi" w:hAnsiTheme="minorHAnsi"/>
          <w:sz w:val="21"/>
        </w:rPr>
        <w:t xml:space="preserve">inne </w:t>
      </w:r>
      <w:r w:rsidR="007B5DEE" w:rsidRPr="007B5DEE">
        <w:rPr>
          <w:rFonts w:asciiTheme="minorHAnsi" w:hAnsiTheme="minorHAnsi"/>
          <w:sz w:val="21"/>
        </w:rPr>
        <w:t>oddział</w:t>
      </w:r>
      <w:r w:rsidR="007B5DEE">
        <w:rPr>
          <w:rFonts w:asciiTheme="minorHAnsi" w:hAnsiTheme="minorHAnsi"/>
          <w:sz w:val="21"/>
        </w:rPr>
        <w:t>y</w:t>
      </w:r>
      <w:r w:rsidR="007B5DEE" w:rsidRPr="007B5DEE">
        <w:rPr>
          <w:rFonts w:asciiTheme="minorHAnsi" w:hAnsiTheme="minorHAnsi"/>
          <w:sz w:val="21"/>
        </w:rPr>
        <w:t xml:space="preserve"> szpitala </w:t>
      </w:r>
      <w:r w:rsidR="00896090">
        <w:rPr>
          <w:rFonts w:asciiTheme="minorHAnsi" w:hAnsiTheme="minorHAnsi"/>
          <w:sz w:val="21"/>
        </w:rPr>
        <w:br/>
      </w:r>
      <w:r w:rsidR="007B5DEE">
        <w:rPr>
          <w:rFonts w:asciiTheme="minorHAnsi" w:hAnsiTheme="minorHAnsi"/>
          <w:sz w:val="21"/>
        </w:rPr>
        <w:t xml:space="preserve">w razie potrzeby, </w:t>
      </w:r>
      <w:r w:rsidR="0045666B" w:rsidRPr="0045666B">
        <w:rPr>
          <w:rFonts w:asciiTheme="minorHAnsi" w:hAnsiTheme="minorHAnsi"/>
          <w:sz w:val="21"/>
        </w:rPr>
        <w:t>Poradni Chorób Zakaźnych i Szczepień</w:t>
      </w:r>
      <w:r w:rsidR="00896090" w:rsidRPr="00896090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748EE99A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5F44C6F7" w:rsidR="00606390" w:rsidRPr="00AF6ACC" w:rsidRDefault="0014577C" w:rsidP="001A19CF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896090" w:rsidRPr="00896090">
        <w:rPr>
          <w:rFonts w:asciiTheme="minorHAnsi" w:hAnsiTheme="minorHAnsi"/>
          <w:b/>
          <w:sz w:val="21"/>
        </w:rPr>
        <w:t>na udzielanie świadczeń zdrowotnych w Oddziale Chorób Zakaźnych dla Dzieci oraz udzielanie konsultacji specjalistycznych z zakresu chorób zakaźnych pacjentom innych oddziałów szpitala wraz z pełnieniem funkcji Koordynatora w Oddziale Chorób Zakaźnych dla Dzieci oraz udzielaniem świadczeń zdrowotnych w Poradni Chorób Zakaźnych i Szczepień</w:t>
      </w:r>
      <w:r w:rsidR="00896090">
        <w:rPr>
          <w:rFonts w:asciiTheme="minorHAnsi" w:hAnsiTheme="minorHAnsi"/>
          <w:b/>
          <w:sz w:val="21"/>
        </w:rPr>
        <w:t xml:space="preserve"> </w:t>
      </w:r>
      <w:r w:rsidR="00896090">
        <w:rPr>
          <w:rFonts w:asciiTheme="minorHAnsi" w:hAnsiTheme="minorHAnsi"/>
          <w:b/>
          <w:sz w:val="21"/>
        </w:rPr>
        <w:br/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15A2E9E" w:rsidR="00606390" w:rsidRPr="00EF2600" w:rsidRDefault="00896090" w:rsidP="00EF2600">
            <w:pPr>
              <w:rPr>
                <w:rFonts w:asciiTheme="minorHAnsi" w:hAnsiTheme="minorHAnsi"/>
                <w:sz w:val="19"/>
              </w:rPr>
            </w:pPr>
            <w:r w:rsidRPr="00896090">
              <w:rPr>
                <w:rFonts w:asciiTheme="minorHAnsi" w:hAnsiTheme="minorHAnsi"/>
                <w:sz w:val="19"/>
              </w:rPr>
              <w:t>posiadanie tytułu specjalisty w dziedzinie pediatrii i jednocześnie tytułu specjalisty w dziedzinie chorób zakaźnych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694542E1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896090" w:rsidRPr="00896090">
        <w:rPr>
          <w:rFonts w:asciiTheme="minorHAnsi" w:hAnsiTheme="minorHAnsi"/>
          <w:sz w:val="21"/>
        </w:rPr>
        <w:t xml:space="preserve">posiadanie tytułu specjalisty w dziedzinie pediatrii i jednocześnie tytułu specjalisty </w:t>
      </w:r>
      <w:r w:rsidR="00896090">
        <w:rPr>
          <w:rFonts w:asciiTheme="minorHAnsi" w:hAnsiTheme="minorHAnsi"/>
          <w:sz w:val="21"/>
        </w:rPr>
        <w:br/>
      </w:r>
      <w:r w:rsidR="00896090" w:rsidRPr="00896090">
        <w:rPr>
          <w:rFonts w:asciiTheme="minorHAnsi" w:hAnsiTheme="minorHAnsi"/>
          <w:sz w:val="21"/>
        </w:rPr>
        <w:t xml:space="preserve">w dziedzinie chorób zakaźnych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F896" w14:textId="77777777" w:rsidR="004949CF" w:rsidRPr="00AF6ACC" w:rsidRDefault="004949CF">
      <w:pPr>
        <w:spacing w:after="0" w:line="240" w:lineRule="auto"/>
      </w:pPr>
      <w:r w:rsidRPr="00AF6ACC">
        <w:separator/>
      </w:r>
    </w:p>
  </w:endnote>
  <w:endnote w:type="continuationSeparator" w:id="0">
    <w:p w14:paraId="5E8CBC02" w14:textId="77777777" w:rsidR="004949CF" w:rsidRPr="00AF6ACC" w:rsidRDefault="004949CF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AA60" w14:textId="77777777" w:rsidR="004949CF" w:rsidRPr="00AF6ACC" w:rsidRDefault="004949CF">
      <w:pPr>
        <w:spacing w:after="0" w:line="240" w:lineRule="auto"/>
      </w:pPr>
      <w:r w:rsidRPr="00AF6ACC">
        <w:separator/>
      </w:r>
    </w:p>
  </w:footnote>
  <w:footnote w:type="continuationSeparator" w:id="0">
    <w:p w14:paraId="252CBE43" w14:textId="77777777" w:rsidR="004949CF" w:rsidRPr="00AF6ACC" w:rsidRDefault="004949CF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2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0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7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9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8"/>
  </w:num>
  <w:num w:numId="11" w16cid:durableId="507991075">
    <w:abstractNumId w:val="17"/>
  </w:num>
  <w:num w:numId="12" w16cid:durableId="1184825422">
    <w:abstractNumId w:val="25"/>
  </w:num>
  <w:num w:numId="13" w16cid:durableId="1354380556">
    <w:abstractNumId w:val="24"/>
  </w:num>
  <w:num w:numId="14" w16cid:durableId="1330912483">
    <w:abstractNumId w:val="9"/>
  </w:num>
  <w:num w:numId="15" w16cid:durableId="959722530">
    <w:abstractNumId w:val="31"/>
  </w:num>
  <w:num w:numId="16" w16cid:durableId="1500733415">
    <w:abstractNumId w:val="37"/>
  </w:num>
  <w:num w:numId="17" w16cid:durableId="1131943816">
    <w:abstractNumId w:val="36"/>
  </w:num>
  <w:num w:numId="18" w16cid:durableId="1631670342">
    <w:abstractNumId w:val="35"/>
  </w:num>
  <w:num w:numId="19" w16cid:durableId="1974212676">
    <w:abstractNumId w:val="26"/>
  </w:num>
  <w:num w:numId="20" w16cid:durableId="491330965">
    <w:abstractNumId w:val="15"/>
  </w:num>
  <w:num w:numId="21" w16cid:durableId="753740404">
    <w:abstractNumId w:val="40"/>
  </w:num>
  <w:num w:numId="22" w16cid:durableId="505943221">
    <w:abstractNumId w:val="34"/>
  </w:num>
  <w:num w:numId="23" w16cid:durableId="2099213406">
    <w:abstractNumId w:val="41"/>
  </w:num>
  <w:num w:numId="24" w16cid:durableId="1565601592">
    <w:abstractNumId w:val="19"/>
  </w:num>
  <w:num w:numId="25" w16cid:durableId="29647856">
    <w:abstractNumId w:val="32"/>
  </w:num>
  <w:num w:numId="26" w16cid:durableId="1330980027">
    <w:abstractNumId w:val="18"/>
  </w:num>
  <w:num w:numId="27" w16cid:durableId="1164322336">
    <w:abstractNumId w:val="16"/>
  </w:num>
  <w:num w:numId="28" w16cid:durableId="1635254486">
    <w:abstractNumId w:val="23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8"/>
  </w:num>
  <w:num w:numId="32" w16cid:durableId="1403331819">
    <w:abstractNumId w:val="33"/>
  </w:num>
  <w:num w:numId="33" w16cid:durableId="1651598328">
    <w:abstractNumId w:val="20"/>
  </w:num>
  <w:num w:numId="34" w16cid:durableId="1622999394">
    <w:abstractNumId w:val="22"/>
  </w:num>
  <w:num w:numId="35" w16cid:durableId="812989444">
    <w:abstractNumId w:val="27"/>
  </w:num>
  <w:num w:numId="36" w16cid:durableId="1701198366">
    <w:abstractNumId w:val="30"/>
  </w:num>
  <w:num w:numId="37" w16cid:durableId="1795175852">
    <w:abstractNumId w:val="21"/>
  </w:num>
  <w:num w:numId="38" w16cid:durableId="1073695517">
    <w:abstractNumId w:val="29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4171DB"/>
    <w:rsid w:val="00427C0F"/>
    <w:rsid w:val="00442BCA"/>
    <w:rsid w:val="00447879"/>
    <w:rsid w:val="00453DB9"/>
    <w:rsid w:val="0045666B"/>
    <w:rsid w:val="004702D3"/>
    <w:rsid w:val="004949CF"/>
    <w:rsid w:val="004B4A56"/>
    <w:rsid w:val="004C4D6D"/>
    <w:rsid w:val="00606390"/>
    <w:rsid w:val="00612815"/>
    <w:rsid w:val="0066170B"/>
    <w:rsid w:val="006F1EC1"/>
    <w:rsid w:val="00716101"/>
    <w:rsid w:val="00740E28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D1F92"/>
    <w:rsid w:val="00922D1D"/>
    <w:rsid w:val="009278B8"/>
    <w:rsid w:val="009A1CDA"/>
    <w:rsid w:val="009B4559"/>
    <w:rsid w:val="009B6239"/>
    <w:rsid w:val="009C7CDD"/>
    <w:rsid w:val="009F1E00"/>
    <w:rsid w:val="00A001ED"/>
    <w:rsid w:val="00A12CEF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3170B"/>
    <w:rsid w:val="00C45DB4"/>
    <w:rsid w:val="00C5621E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E54DB6"/>
    <w:rsid w:val="00EB291D"/>
    <w:rsid w:val="00EF2600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2345</Words>
  <Characters>14072</Characters>
  <Application>Microsoft Office Word</Application>
  <DocSecurity>0</DocSecurity>
  <Lines>117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28</cp:revision>
  <cp:lastPrinted>2026-10-05T10:01:00Z</cp:lastPrinted>
  <dcterms:created xsi:type="dcterms:W3CDTF">2026-09-23T09:26:00Z</dcterms:created>
  <dcterms:modified xsi:type="dcterms:W3CDTF">2026-10-05T10:01:00Z</dcterms:modified>
  <cp:category/>
</cp:coreProperties>
</file>