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077E2E51" w:rsidR="00606390" w:rsidRPr="00AF6ACC" w:rsidRDefault="00894132" w:rsidP="00137BD6">
      <w:pPr>
        <w:spacing w:after="240"/>
        <w:jc w:val="center"/>
        <w:rPr>
          <w:rFonts w:asciiTheme="minorHAnsi" w:hAnsiTheme="minorHAnsi"/>
        </w:rPr>
      </w:pPr>
      <w:r w:rsidRPr="00894132">
        <w:rPr>
          <w:rFonts w:ascii="Cambria" w:hAnsi="Cambria"/>
          <w:b/>
        </w:rPr>
        <w:t xml:space="preserve">na udzielanie ambulatoryjnych świadczeń zdrowotnych pacjentom </w:t>
      </w:r>
      <w:r>
        <w:rPr>
          <w:rFonts w:ascii="Cambria" w:hAnsi="Cambria"/>
          <w:b/>
        </w:rPr>
        <w:br/>
      </w:r>
      <w:r w:rsidRPr="00894132">
        <w:rPr>
          <w:rFonts w:ascii="Cambria" w:hAnsi="Cambria"/>
          <w:b/>
        </w:rPr>
        <w:t>Poradni Chirurgii Stomatologicznej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0628D0B" w:rsidR="00606390" w:rsidRPr="00137BD6" w:rsidRDefault="0014577C" w:rsidP="00137BD6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37BD6">
        <w:rPr>
          <w:rFonts w:asciiTheme="minorHAnsi" w:hAnsiTheme="minorHAnsi"/>
          <w:sz w:val="21"/>
        </w:rPr>
        <w:t xml:space="preserve">Przedmiotem konkursu jest </w:t>
      </w:r>
      <w:r w:rsidR="00894132" w:rsidRPr="00894132">
        <w:rPr>
          <w:rFonts w:asciiTheme="minorHAnsi" w:hAnsiTheme="minorHAnsi"/>
          <w:sz w:val="21"/>
        </w:rPr>
        <w:t>udzielanie ambulatoryjnych świadczeń zdrowotnych pacjentom Poradni Chirurgii Stomatologicznej</w:t>
      </w:r>
      <w:r w:rsidRPr="00137BD6">
        <w:rPr>
          <w:rFonts w:asciiTheme="minorHAnsi" w:hAnsiTheme="minorHAnsi"/>
          <w:sz w:val="21"/>
        </w:rPr>
        <w:t>,</w:t>
      </w:r>
      <w:r w:rsidR="003D160D" w:rsidRPr="00137BD6">
        <w:rPr>
          <w:rFonts w:asciiTheme="minorHAnsi" w:hAnsiTheme="minorHAnsi"/>
          <w:sz w:val="21"/>
        </w:rPr>
        <w:t xml:space="preserve"> </w:t>
      </w:r>
      <w:r w:rsidRPr="00137BD6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137BD6">
        <w:rPr>
          <w:rFonts w:asciiTheme="minorHAnsi" w:hAnsiTheme="minorHAnsi"/>
          <w:sz w:val="21"/>
        </w:rPr>
        <w:t xml:space="preserve"> </w:t>
      </w:r>
      <w:r w:rsidR="0018333C">
        <w:rPr>
          <w:rFonts w:asciiTheme="minorHAnsi" w:hAnsiTheme="minorHAnsi"/>
          <w:sz w:val="21"/>
        </w:rPr>
        <w:br/>
      </w:r>
      <w:r w:rsidR="00E02A4A" w:rsidRPr="00137BD6">
        <w:rPr>
          <w:rFonts w:asciiTheme="minorHAnsi" w:hAnsiTheme="minorHAnsi"/>
          <w:sz w:val="21"/>
        </w:rPr>
        <w:t>i</w:t>
      </w:r>
      <w:r w:rsidRPr="00137BD6">
        <w:rPr>
          <w:rFonts w:asciiTheme="minorHAnsi" w:hAnsiTheme="minorHAnsi"/>
          <w:sz w:val="21"/>
        </w:rPr>
        <w:t xml:space="preserve"> obowiązującymi procedurami.</w:t>
      </w:r>
    </w:p>
    <w:p w14:paraId="4C67EF96" w14:textId="565ACE88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.</w:t>
      </w:r>
    </w:p>
    <w:p w14:paraId="4A5F1DF7" w14:textId="616C1CE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18333C">
        <w:rPr>
          <w:rFonts w:asciiTheme="minorHAnsi" w:hAnsiTheme="minorHAnsi"/>
          <w:sz w:val="21"/>
        </w:rPr>
        <w:t xml:space="preserve">Poradnia </w:t>
      </w:r>
      <w:r w:rsidR="00894132">
        <w:rPr>
          <w:rFonts w:asciiTheme="minorHAnsi" w:hAnsiTheme="minorHAnsi"/>
          <w:sz w:val="21"/>
        </w:rPr>
        <w:t>Chirurgii Stomatologicznej</w:t>
      </w:r>
      <w:r w:rsidR="0018333C">
        <w:rPr>
          <w:rFonts w:asciiTheme="minorHAnsi" w:hAnsiTheme="minorHAnsi"/>
          <w:sz w:val="21"/>
        </w:rPr>
        <w:t xml:space="preserve"> </w:t>
      </w:r>
      <w:r w:rsidR="00E02A4A">
        <w:rPr>
          <w:rFonts w:asciiTheme="minorHAnsi" w:hAnsiTheme="minorHAnsi"/>
          <w:sz w:val="21"/>
        </w:rPr>
        <w:t>Wojewódzkiego Specjalistycznego Szpitala Dziecięcego w Olsztynie</w:t>
      </w:r>
    </w:p>
    <w:p w14:paraId="3E0D69B8" w14:textId="5E88F996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DC4832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E14083E" w:rsidR="00606390" w:rsidRPr="00AF6ACC" w:rsidRDefault="0014577C" w:rsidP="009C7CDD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894132" w:rsidRPr="00894132">
        <w:rPr>
          <w:rFonts w:asciiTheme="minorHAnsi" w:hAnsiTheme="minorHAnsi"/>
          <w:b/>
          <w:sz w:val="21"/>
        </w:rPr>
        <w:t xml:space="preserve">na udzielanie ambulatoryjnych świadczeń zdrowotnych pacjentom Poradni Chirurgii Stomatologicznej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lastRenderedPageBreak/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5E96E51D" w:rsidR="00606390" w:rsidRPr="00AF6ACC" w:rsidRDefault="00894132">
            <w:pPr>
              <w:spacing w:after="0"/>
              <w:rPr>
                <w:rFonts w:asciiTheme="minorHAnsi" w:hAnsiTheme="minorHAnsi"/>
              </w:rPr>
            </w:pPr>
            <w:r w:rsidRPr="00894132">
              <w:rPr>
                <w:rFonts w:asciiTheme="minorHAnsi" w:hAnsiTheme="minorHAnsi"/>
                <w:sz w:val="19"/>
              </w:rPr>
              <w:t>posiadanie tytułu specjalisty w dziedzinie chirurgii stomatologicznej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68A3B70E" w:rsidR="00F37B44" w:rsidRPr="009C7CDD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894132" w:rsidRPr="00894132">
        <w:rPr>
          <w:rFonts w:asciiTheme="minorHAnsi" w:hAnsiTheme="minorHAnsi"/>
          <w:sz w:val="21"/>
        </w:rPr>
        <w:t xml:space="preserve">posiadanie tytułu specjalisty w dziedzinie chirurgii stomatologicznej </w:t>
      </w:r>
      <w:r w:rsidR="007E1BD6" w:rsidRPr="00BE5C56">
        <w:rPr>
          <w:rFonts w:asciiTheme="minorHAnsi" w:hAnsiTheme="minorHAnsi"/>
          <w:sz w:val="21"/>
        </w:rPr>
        <w:t>-</w:t>
      </w:r>
      <w:r w:rsidR="007E1BD6">
        <w:rPr>
          <w:rFonts w:asciiTheme="minorHAnsi" w:hAnsiTheme="minorHAnsi"/>
          <w:sz w:val="21"/>
        </w:rPr>
        <w:t xml:space="preserve"> </w:t>
      </w:r>
      <w:r w:rsidR="009C7CDD">
        <w:rPr>
          <w:rFonts w:asciiTheme="minorHAnsi" w:hAnsiTheme="minorHAnsi"/>
          <w:sz w:val="21"/>
        </w:rPr>
        <w:t>20</w:t>
      </w:r>
      <w:r w:rsidR="007E1BD6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C532" w14:textId="77777777" w:rsidR="009C6F96" w:rsidRPr="00AF6ACC" w:rsidRDefault="009C6F96">
      <w:pPr>
        <w:spacing w:after="0" w:line="240" w:lineRule="auto"/>
      </w:pPr>
      <w:r w:rsidRPr="00AF6ACC">
        <w:separator/>
      </w:r>
    </w:p>
  </w:endnote>
  <w:endnote w:type="continuationSeparator" w:id="0">
    <w:p w14:paraId="03065DB4" w14:textId="77777777" w:rsidR="009C6F96" w:rsidRPr="00AF6ACC" w:rsidRDefault="009C6F96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D52DC" w14:textId="77777777" w:rsidR="009C6F96" w:rsidRPr="00AF6ACC" w:rsidRDefault="009C6F96">
      <w:pPr>
        <w:spacing w:after="0" w:line="240" w:lineRule="auto"/>
      </w:pPr>
      <w:r w:rsidRPr="00AF6ACC">
        <w:separator/>
      </w:r>
    </w:p>
  </w:footnote>
  <w:footnote w:type="continuationSeparator" w:id="0">
    <w:p w14:paraId="0B63926B" w14:textId="77777777" w:rsidR="009C6F96" w:rsidRPr="00AF6ACC" w:rsidRDefault="009C6F96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E13E9"/>
    <w:rsid w:val="001E49BF"/>
    <w:rsid w:val="0021153A"/>
    <w:rsid w:val="00282C61"/>
    <w:rsid w:val="0029639D"/>
    <w:rsid w:val="002F335E"/>
    <w:rsid w:val="00326F90"/>
    <w:rsid w:val="003924DD"/>
    <w:rsid w:val="003D160D"/>
    <w:rsid w:val="004171DB"/>
    <w:rsid w:val="00427C0F"/>
    <w:rsid w:val="00442BCA"/>
    <w:rsid w:val="00447879"/>
    <w:rsid w:val="00453DB9"/>
    <w:rsid w:val="004702D3"/>
    <w:rsid w:val="004B4A56"/>
    <w:rsid w:val="00606390"/>
    <w:rsid w:val="00612815"/>
    <w:rsid w:val="0066170B"/>
    <w:rsid w:val="00716101"/>
    <w:rsid w:val="00740E28"/>
    <w:rsid w:val="007A56DE"/>
    <w:rsid w:val="007E1BD6"/>
    <w:rsid w:val="00894132"/>
    <w:rsid w:val="008977E9"/>
    <w:rsid w:val="008A321F"/>
    <w:rsid w:val="00922D1D"/>
    <w:rsid w:val="009278B8"/>
    <w:rsid w:val="009B4559"/>
    <w:rsid w:val="009B6239"/>
    <w:rsid w:val="009C6F96"/>
    <w:rsid w:val="009C7CDD"/>
    <w:rsid w:val="00A001ED"/>
    <w:rsid w:val="00A12CEF"/>
    <w:rsid w:val="00A91B66"/>
    <w:rsid w:val="00AA1D8D"/>
    <w:rsid w:val="00AA1F36"/>
    <w:rsid w:val="00AA6929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849C7"/>
    <w:rsid w:val="00CA4002"/>
    <w:rsid w:val="00CB0664"/>
    <w:rsid w:val="00D306B3"/>
    <w:rsid w:val="00D31634"/>
    <w:rsid w:val="00D5680B"/>
    <w:rsid w:val="00D77A48"/>
    <w:rsid w:val="00DA403B"/>
    <w:rsid w:val="00DC4832"/>
    <w:rsid w:val="00E02A4A"/>
    <w:rsid w:val="00E41128"/>
    <w:rsid w:val="00F0430C"/>
    <w:rsid w:val="00F37B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2216</Words>
  <Characters>13296</Characters>
  <Application>Microsoft Office Word</Application>
  <DocSecurity>0</DocSecurity>
  <Lines>110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20</cp:revision>
  <cp:lastPrinted>2026-09-23T08:42:00Z</cp:lastPrinted>
  <dcterms:created xsi:type="dcterms:W3CDTF">2026-09-23T09:26:00Z</dcterms:created>
  <dcterms:modified xsi:type="dcterms:W3CDTF">2026-10-05T05:40:00Z</dcterms:modified>
  <cp:category/>
</cp:coreProperties>
</file>