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336FBF9" w14:textId="5D0AC119" w:rsidR="00606390" w:rsidRPr="00E26137" w:rsidRDefault="00E26137" w:rsidP="00E26137">
      <w:pPr>
        <w:spacing w:after="240"/>
        <w:jc w:val="center"/>
        <w:rPr>
          <w:rFonts w:ascii="Cambria" w:hAnsi="Cambria"/>
          <w:b/>
        </w:rPr>
      </w:pPr>
      <w:r w:rsidRPr="00E26137">
        <w:rPr>
          <w:rFonts w:ascii="Cambria" w:hAnsi="Cambria"/>
          <w:b/>
        </w:rPr>
        <w:t xml:space="preserve">na udzielanie świadczeń zdrowotnych </w:t>
      </w:r>
      <w:proofErr w:type="spellStart"/>
      <w:r w:rsidRPr="00E26137">
        <w:rPr>
          <w:rFonts w:ascii="Cambria" w:hAnsi="Cambria"/>
          <w:b/>
        </w:rPr>
        <w:t>ogólnostomatologicznych</w:t>
      </w:r>
      <w:proofErr w:type="spellEnd"/>
      <w:r w:rsidRPr="00E26137">
        <w:rPr>
          <w:rFonts w:ascii="Cambria" w:hAnsi="Cambria"/>
          <w:b/>
        </w:rPr>
        <w:t xml:space="preserve"> pacjentom w Poradni Stomatologicznej oraz wykonywanie konsultacji stomatologicznych i zabiegów </w:t>
      </w:r>
      <w:r>
        <w:rPr>
          <w:rFonts w:ascii="Cambria" w:hAnsi="Cambria"/>
          <w:b/>
        </w:rPr>
        <w:br/>
      </w:r>
      <w:r w:rsidRPr="00E26137">
        <w:rPr>
          <w:rFonts w:ascii="Cambria" w:hAnsi="Cambria"/>
          <w:b/>
        </w:rPr>
        <w:t>w znieczuleniu miejscowym i ogólnym pacjentom oddziałów szpitala, wraz z pełnieniem funkcji Kierownika Poradni Stomatologiczne</w:t>
      </w:r>
      <w:r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26 ust. 1, 3 i 4 ustawy z dnia 15 kwietnia 2011 r. o działalności leczniczej 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4E7ECDB9" w:rsidR="00606390" w:rsidRPr="00E26137" w:rsidRDefault="0014577C" w:rsidP="00E26137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E26137">
        <w:rPr>
          <w:rFonts w:asciiTheme="minorHAnsi" w:hAnsiTheme="minorHAnsi"/>
          <w:sz w:val="21"/>
        </w:rPr>
        <w:t xml:space="preserve">Przedmiotem konkursu jest </w:t>
      </w:r>
      <w:r w:rsidR="00E26137" w:rsidRPr="00E26137">
        <w:rPr>
          <w:rFonts w:asciiTheme="minorHAnsi" w:hAnsiTheme="minorHAnsi"/>
          <w:sz w:val="21"/>
        </w:rPr>
        <w:t xml:space="preserve">udzielanie świadczeń zdrowotnych </w:t>
      </w:r>
      <w:proofErr w:type="spellStart"/>
      <w:r w:rsidR="00E26137" w:rsidRPr="00E26137">
        <w:rPr>
          <w:rFonts w:asciiTheme="minorHAnsi" w:hAnsiTheme="minorHAnsi"/>
          <w:sz w:val="21"/>
        </w:rPr>
        <w:t>ogólnostomatologicznych</w:t>
      </w:r>
      <w:proofErr w:type="spellEnd"/>
      <w:r w:rsidR="00E26137" w:rsidRPr="00E26137">
        <w:rPr>
          <w:rFonts w:asciiTheme="minorHAnsi" w:hAnsiTheme="minorHAnsi"/>
          <w:sz w:val="21"/>
        </w:rPr>
        <w:t xml:space="preserve"> pacjentom w Poradni Stomatologicznej oraz wykonywanie konsultacji stomatologicznych </w:t>
      </w:r>
      <w:r w:rsidR="00E26137">
        <w:rPr>
          <w:rFonts w:asciiTheme="minorHAnsi" w:hAnsiTheme="minorHAnsi"/>
          <w:sz w:val="21"/>
        </w:rPr>
        <w:br/>
      </w:r>
      <w:r w:rsidR="00E26137" w:rsidRPr="00E26137">
        <w:rPr>
          <w:rFonts w:asciiTheme="minorHAnsi" w:hAnsiTheme="minorHAnsi"/>
          <w:sz w:val="21"/>
        </w:rPr>
        <w:t>i zabiegów w znieczuleniu miejscowym i ogólnym pacjentom oddziałów szpitala, wraz z  pełnieniem funkcji Kierownika Poradni Stomatologiczne</w:t>
      </w:r>
      <w:r w:rsidR="003D160D" w:rsidRPr="00E26137">
        <w:rPr>
          <w:rFonts w:asciiTheme="minorHAnsi" w:hAnsiTheme="minorHAnsi"/>
          <w:sz w:val="21"/>
        </w:rPr>
        <w:t xml:space="preserve"> </w:t>
      </w:r>
      <w:r w:rsidRPr="00E26137">
        <w:rPr>
          <w:rFonts w:asciiTheme="minorHAnsi" w:hAnsiTheme="minorHAnsi"/>
          <w:sz w:val="21"/>
        </w:rPr>
        <w:t>zgodnie z posiadanymi kwalifikacjami, aktualną wiedzą medyczną</w:t>
      </w:r>
      <w:r w:rsidR="00E02A4A" w:rsidRPr="00E26137">
        <w:rPr>
          <w:rFonts w:asciiTheme="minorHAnsi" w:hAnsiTheme="minorHAnsi"/>
          <w:sz w:val="21"/>
        </w:rPr>
        <w:t xml:space="preserve"> i</w:t>
      </w:r>
      <w:r w:rsidRPr="00E26137">
        <w:rPr>
          <w:rFonts w:asciiTheme="minorHAnsi" w:hAnsiTheme="minorHAnsi"/>
          <w:sz w:val="21"/>
        </w:rPr>
        <w:t xml:space="preserve"> obowiązującymi procedurami.</w:t>
      </w:r>
    </w:p>
    <w:p w14:paraId="4C67EF96" w14:textId="729E528D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Przewidywana liczba osób, z którymi zostanie zawarta umowa: </w:t>
      </w:r>
      <w:r w:rsidR="00536E70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>.</w:t>
      </w:r>
    </w:p>
    <w:p w14:paraId="4A5F1DF7" w14:textId="0C67EF5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Miejscem udzielania świadczeń </w:t>
      </w:r>
      <w:r w:rsidR="00E02A4A">
        <w:rPr>
          <w:rFonts w:asciiTheme="minorHAnsi" w:hAnsiTheme="minorHAnsi"/>
          <w:sz w:val="21"/>
        </w:rPr>
        <w:t xml:space="preserve">jest </w:t>
      </w:r>
      <w:r w:rsidR="0018333C">
        <w:rPr>
          <w:rFonts w:asciiTheme="minorHAnsi" w:hAnsiTheme="minorHAnsi"/>
          <w:sz w:val="21"/>
        </w:rPr>
        <w:t xml:space="preserve">Poradnia </w:t>
      </w:r>
      <w:r w:rsidR="00C914CA">
        <w:rPr>
          <w:rFonts w:asciiTheme="minorHAnsi" w:hAnsiTheme="minorHAnsi"/>
          <w:sz w:val="21"/>
        </w:rPr>
        <w:t>S</w:t>
      </w:r>
      <w:r w:rsidR="00536E70">
        <w:rPr>
          <w:rFonts w:asciiTheme="minorHAnsi" w:hAnsiTheme="minorHAnsi"/>
          <w:sz w:val="21"/>
        </w:rPr>
        <w:t>tomatologiczna, oddziały</w:t>
      </w:r>
      <w:r w:rsidR="0018333C">
        <w:rPr>
          <w:rFonts w:asciiTheme="minorHAnsi" w:hAnsiTheme="minorHAnsi"/>
          <w:sz w:val="21"/>
        </w:rPr>
        <w:t xml:space="preserve"> </w:t>
      </w:r>
      <w:r w:rsidR="00E02A4A">
        <w:rPr>
          <w:rFonts w:asciiTheme="minorHAnsi" w:hAnsiTheme="minorHAnsi"/>
          <w:sz w:val="21"/>
        </w:rPr>
        <w:t>Wojewódzkiego Specjalistycznego Szpitala Dziecięcego w Olsztynie</w:t>
      </w:r>
    </w:p>
    <w:p w14:paraId="3E0D69B8" w14:textId="067CC946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7C2948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536E70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536E70">
        <w:rPr>
          <w:rFonts w:asciiTheme="minorHAnsi" w:hAnsiTheme="minorHAnsi"/>
          <w:sz w:val="21"/>
          <w:szCs w:val="21"/>
        </w:rPr>
        <w:t>Do konkursu mo</w:t>
      </w:r>
      <w:r w:rsidR="00716101" w:rsidRPr="00536E70">
        <w:rPr>
          <w:rFonts w:asciiTheme="minorHAnsi" w:hAnsiTheme="minorHAnsi"/>
          <w:sz w:val="21"/>
          <w:szCs w:val="21"/>
        </w:rPr>
        <w:t>gą</w:t>
      </w:r>
      <w:r w:rsidRPr="00536E70">
        <w:rPr>
          <w:rFonts w:asciiTheme="minorHAnsi" w:hAnsiTheme="minorHAnsi"/>
          <w:sz w:val="21"/>
          <w:szCs w:val="21"/>
        </w:rPr>
        <w:t xml:space="preserve"> przystąpić </w:t>
      </w:r>
      <w:r w:rsidR="00716101" w:rsidRPr="00536E70">
        <w:rPr>
          <w:rFonts w:asciiTheme="minorHAnsi" w:hAnsiTheme="minorHAnsi"/>
          <w:sz w:val="21"/>
          <w:szCs w:val="21"/>
        </w:rPr>
        <w:t>podmioty:</w:t>
      </w:r>
    </w:p>
    <w:p w14:paraId="2C45D2C1" w14:textId="035214DE" w:rsidR="00716101" w:rsidRPr="00536E70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  <w:sz w:val="21"/>
          <w:szCs w:val="21"/>
        </w:rPr>
      </w:pPr>
      <w:r w:rsidRPr="00536E70">
        <w:rPr>
          <w:rFonts w:asciiTheme="minorHAnsi" w:hAnsiTheme="minorHAnsi"/>
          <w:sz w:val="21"/>
          <w:szCs w:val="21"/>
        </w:rPr>
        <w:t xml:space="preserve">osoby fizyczne wykonujące zawód w ramach praktyki zawodowej w rozumieniu art. 5 ustawy z dnia 15 kwietnia 2011 r. o działalności leczniczej (Dz.U. z 2026 r. poz. 156, z </w:t>
      </w:r>
      <w:proofErr w:type="spellStart"/>
      <w:r w:rsidRPr="00536E70">
        <w:rPr>
          <w:rFonts w:asciiTheme="minorHAnsi" w:hAnsiTheme="minorHAnsi"/>
          <w:sz w:val="21"/>
          <w:szCs w:val="21"/>
        </w:rPr>
        <w:t>późn</w:t>
      </w:r>
      <w:proofErr w:type="spellEnd"/>
      <w:r w:rsidRPr="00536E70">
        <w:rPr>
          <w:rFonts w:asciiTheme="minorHAnsi" w:hAnsiTheme="minorHAnsi"/>
          <w:sz w:val="21"/>
          <w:szCs w:val="21"/>
        </w:rPr>
        <w:t>. zm.);</w:t>
      </w:r>
    </w:p>
    <w:p w14:paraId="5E6C6983" w14:textId="54786DB3" w:rsidR="00716101" w:rsidRPr="00536E70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  <w:sz w:val="21"/>
          <w:szCs w:val="21"/>
        </w:rPr>
      </w:pPr>
      <w:r w:rsidRPr="00536E70">
        <w:rPr>
          <w:rFonts w:asciiTheme="minorHAnsi" w:hAnsiTheme="minorHAnsi"/>
          <w:sz w:val="21"/>
          <w:szCs w:val="21"/>
        </w:rPr>
        <w:t>zakres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7F3FD1B0" w:rsidR="00606390" w:rsidRPr="00AF6ACC" w:rsidRDefault="0014577C" w:rsidP="00E26137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E26137" w:rsidRPr="00E26137">
        <w:rPr>
          <w:rFonts w:asciiTheme="minorHAnsi" w:hAnsiTheme="minorHAnsi"/>
          <w:b/>
          <w:sz w:val="21"/>
        </w:rPr>
        <w:t xml:space="preserve">udzielanie świadczeń zdrowotnych </w:t>
      </w:r>
      <w:proofErr w:type="spellStart"/>
      <w:r w:rsidR="00E26137" w:rsidRPr="00E26137">
        <w:rPr>
          <w:rFonts w:asciiTheme="minorHAnsi" w:hAnsiTheme="minorHAnsi"/>
          <w:b/>
          <w:sz w:val="21"/>
        </w:rPr>
        <w:t>ogólnostomatologicznych</w:t>
      </w:r>
      <w:proofErr w:type="spellEnd"/>
      <w:r w:rsidR="00E26137" w:rsidRPr="00E26137">
        <w:rPr>
          <w:rFonts w:asciiTheme="minorHAnsi" w:hAnsiTheme="minorHAnsi"/>
          <w:b/>
          <w:sz w:val="21"/>
        </w:rPr>
        <w:t xml:space="preserve"> pacjentom</w:t>
      </w:r>
      <w:r w:rsidR="00E26137">
        <w:rPr>
          <w:rFonts w:asciiTheme="minorHAnsi" w:hAnsiTheme="minorHAnsi"/>
          <w:b/>
          <w:sz w:val="21"/>
        </w:rPr>
        <w:br/>
      </w:r>
      <w:r w:rsidR="00E26137" w:rsidRPr="00E26137">
        <w:rPr>
          <w:rFonts w:asciiTheme="minorHAnsi" w:hAnsiTheme="minorHAnsi"/>
          <w:b/>
          <w:sz w:val="21"/>
        </w:rPr>
        <w:t xml:space="preserve"> w Poradni Stomatologicznej oraz wykonywanie konsultacji stomatologicznych i zabiegów </w:t>
      </w:r>
      <w:r w:rsidR="00E26137">
        <w:rPr>
          <w:rFonts w:asciiTheme="minorHAnsi" w:hAnsiTheme="minorHAnsi"/>
          <w:b/>
          <w:sz w:val="21"/>
        </w:rPr>
        <w:br/>
      </w:r>
      <w:r w:rsidR="00E26137" w:rsidRPr="00E26137">
        <w:rPr>
          <w:rFonts w:asciiTheme="minorHAnsi" w:hAnsiTheme="minorHAnsi"/>
          <w:b/>
          <w:sz w:val="21"/>
        </w:rPr>
        <w:t>w znieczuleniu miejscowym i ogólnym pacjentom oddziałów szpitala, wraz z  pełnieniem funkcji Kierownika Poradni Stomatologiczne</w:t>
      </w:r>
      <w:r w:rsidR="00536E70" w:rsidRPr="00536E70">
        <w:rPr>
          <w:rFonts w:asciiTheme="minorHAnsi" w:hAnsiTheme="minorHAnsi"/>
          <w:b/>
          <w:sz w:val="21"/>
        </w:rPr>
        <w:t xml:space="preserve"> </w:t>
      </w:r>
      <w:r w:rsidR="0018333C" w:rsidRPr="0018333C">
        <w:rPr>
          <w:rFonts w:asciiTheme="minorHAnsi" w:hAnsiTheme="minorHAnsi"/>
          <w:b/>
          <w:sz w:val="21"/>
        </w:rPr>
        <w:t xml:space="preserve"> </w:t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31813F3C" w:rsidR="00606390" w:rsidRPr="00AF6ACC" w:rsidRDefault="0018333C">
            <w:pPr>
              <w:spacing w:after="0"/>
              <w:rPr>
                <w:rFonts w:asciiTheme="minorHAnsi" w:hAnsiTheme="minorHAnsi"/>
              </w:rPr>
            </w:pPr>
            <w:r w:rsidRPr="0018333C">
              <w:rPr>
                <w:rFonts w:asciiTheme="minorHAnsi" w:hAnsiTheme="minorHAnsi"/>
                <w:sz w:val="19"/>
              </w:rPr>
              <w:t xml:space="preserve">udokumentowane co najmniej 3 – letnie doświadczenia w </w:t>
            </w:r>
            <w:r w:rsidR="00536E70">
              <w:rPr>
                <w:rFonts w:asciiTheme="minorHAnsi" w:hAnsiTheme="minorHAnsi"/>
                <w:sz w:val="19"/>
              </w:rPr>
              <w:t>kierowaniu Poradnią stomatologiczną dla dzieci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58B9C9B2" w:rsidR="00F37B44" w:rsidRPr="009C7CDD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</w:t>
      </w:r>
      <w:r w:rsidR="0018333C" w:rsidRPr="0018333C">
        <w:rPr>
          <w:rFonts w:asciiTheme="minorHAnsi" w:hAnsiTheme="minorHAnsi"/>
          <w:sz w:val="21"/>
        </w:rPr>
        <w:t xml:space="preserve">udokumentowane co najmniej 3 – letnie doświadczenia w </w:t>
      </w:r>
      <w:r w:rsidR="005707EC" w:rsidRPr="005707EC">
        <w:rPr>
          <w:rFonts w:asciiTheme="minorHAnsi" w:hAnsiTheme="minorHAnsi"/>
          <w:sz w:val="21"/>
        </w:rPr>
        <w:t xml:space="preserve">kierowaniu Poradnią stomatologiczną dla dzieci </w:t>
      </w:r>
      <w:r w:rsidR="007E1BD6" w:rsidRPr="00BE5C56">
        <w:rPr>
          <w:rFonts w:asciiTheme="minorHAnsi" w:hAnsiTheme="minorHAnsi"/>
          <w:sz w:val="21"/>
        </w:rPr>
        <w:t>-</w:t>
      </w:r>
      <w:r w:rsidR="007E1BD6">
        <w:rPr>
          <w:rFonts w:asciiTheme="minorHAnsi" w:hAnsiTheme="minorHAnsi"/>
          <w:sz w:val="21"/>
        </w:rPr>
        <w:t xml:space="preserve"> </w:t>
      </w:r>
      <w:r w:rsidR="009C7CDD">
        <w:rPr>
          <w:rFonts w:asciiTheme="minorHAnsi" w:hAnsiTheme="minorHAnsi"/>
          <w:sz w:val="21"/>
        </w:rPr>
        <w:t>20</w:t>
      </w:r>
      <w:r w:rsidR="007E1BD6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45191" w14:textId="77777777" w:rsidR="002A2EED" w:rsidRPr="00AF6ACC" w:rsidRDefault="002A2EED">
      <w:pPr>
        <w:spacing w:after="0" w:line="240" w:lineRule="auto"/>
      </w:pPr>
      <w:r w:rsidRPr="00AF6ACC">
        <w:separator/>
      </w:r>
    </w:p>
  </w:endnote>
  <w:endnote w:type="continuationSeparator" w:id="0">
    <w:p w14:paraId="1C74D348" w14:textId="77777777" w:rsidR="002A2EED" w:rsidRPr="00AF6ACC" w:rsidRDefault="002A2EED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6B1B1" w14:textId="77777777" w:rsidR="002A2EED" w:rsidRPr="00AF6ACC" w:rsidRDefault="002A2EED">
      <w:pPr>
        <w:spacing w:after="0" w:line="240" w:lineRule="auto"/>
      </w:pPr>
      <w:r w:rsidRPr="00AF6ACC">
        <w:separator/>
      </w:r>
    </w:p>
  </w:footnote>
  <w:footnote w:type="continuationSeparator" w:id="0">
    <w:p w14:paraId="6B51BEC4" w14:textId="77777777" w:rsidR="002A2EED" w:rsidRPr="00AF6ACC" w:rsidRDefault="002A2EED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0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3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19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7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8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4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6"/>
  </w:num>
  <w:num w:numId="8" w16cid:durableId="945042281">
    <w:abstractNumId w:val="11"/>
  </w:num>
  <w:num w:numId="9" w16cid:durableId="614750528">
    <w:abstractNumId w:val="10"/>
  </w:num>
  <w:num w:numId="10" w16cid:durableId="235214224">
    <w:abstractNumId w:val="25"/>
  </w:num>
  <w:num w:numId="11" w16cid:durableId="507991075">
    <w:abstractNumId w:val="14"/>
  </w:num>
  <w:num w:numId="12" w16cid:durableId="1184825422">
    <w:abstractNumId w:val="22"/>
  </w:num>
  <w:num w:numId="13" w16cid:durableId="1354380556">
    <w:abstractNumId w:val="21"/>
  </w:num>
  <w:num w:numId="14" w16cid:durableId="1330912483">
    <w:abstractNumId w:val="8"/>
  </w:num>
  <w:num w:numId="15" w16cid:durableId="959722530">
    <w:abstractNumId w:val="28"/>
  </w:num>
  <w:num w:numId="16" w16cid:durableId="1500733415">
    <w:abstractNumId w:val="34"/>
  </w:num>
  <w:num w:numId="17" w16cid:durableId="1131943816">
    <w:abstractNumId w:val="33"/>
  </w:num>
  <w:num w:numId="18" w16cid:durableId="1631670342">
    <w:abstractNumId w:val="32"/>
  </w:num>
  <w:num w:numId="19" w16cid:durableId="1974212676">
    <w:abstractNumId w:val="23"/>
  </w:num>
  <w:num w:numId="20" w16cid:durableId="491330965">
    <w:abstractNumId w:val="12"/>
  </w:num>
  <w:num w:numId="21" w16cid:durableId="753740404">
    <w:abstractNumId w:val="37"/>
  </w:num>
  <w:num w:numId="22" w16cid:durableId="505943221">
    <w:abstractNumId w:val="31"/>
  </w:num>
  <w:num w:numId="23" w16cid:durableId="2099213406">
    <w:abstractNumId w:val="38"/>
  </w:num>
  <w:num w:numId="24" w16cid:durableId="1565601592">
    <w:abstractNumId w:val="16"/>
  </w:num>
  <w:num w:numId="25" w16cid:durableId="29647856">
    <w:abstractNumId w:val="29"/>
  </w:num>
  <w:num w:numId="26" w16cid:durableId="1330980027">
    <w:abstractNumId w:val="15"/>
  </w:num>
  <w:num w:numId="27" w16cid:durableId="1164322336">
    <w:abstractNumId w:val="13"/>
  </w:num>
  <w:num w:numId="28" w16cid:durableId="1635254486">
    <w:abstractNumId w:val="20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5"/>
  </w:num>
  <w:num w:numId="32" w16cid:durableId="1403331819">
    <w:abstractNumId w:val="30"/>
  </w:num>
  <w:num w:numId="33" w16cid:durableId="1651598328">
    <w:abstractNumId w:val="17"/>
  </w:num>
  <w:num w:numId="34" w16cid:durableId="1622999394">
    <w:abstractNumId w:val="19"/>
  </w:num>
  <w:num w:numId="35" w16cid:durableId="812989444">
    <w:abstractNumId w:val="24"/>
  </w:num>
  <w:num w:numId="36" w16cid:durableId="1701198366">
    <w:abstractNumId w:val="27"/>
  </w:num>
  <w:num w:numId="37" w16cid:durableId="1795175852">
    <w:abstractNumId w:val="18"/>
  </w:num>
  <w:num w:numId="38" w16cid:durableId="1073695517">
    <w:abstractNumId w:val="26"/>
  </w:num>
  <w:num w:numId="39" w16cid:durableId="42488010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71"/>
    <w:rsid w:val="0006063C"/>
    <w:rsid w:val="00137BD6"/>
    <w:rsid w:val="0014577C"/>
    <w:rsid w:val="0015074B"/>
    <w:rsid w:val="00180091"/>
    <w:rsid w:val="0018333C"/>
    <w:rsid w:val="001E13E9"/>
    <w:rsid w:val="001E49BF"/>
    <w:rsid w:val="0021153A"/>
    <w:rsid w:val="00282C61"/>
    <w:rsid w:val="0029639D"/>
    <w:rsid w:val="002A2EED"/>
    <w:rsid w:val="002F335E"/>
    <w:rsid w:val="00326F90"/>
    <w:rsid w:val="003924DD"/>
    <w:rsid w:val="003D160D"/>
    <w:rsid w:val="004171DB"/>
    <w:rsid w:val="00427C0F"/>
    <w:rsid w:val="00447879"/>
    <w:rsid w:val="00453DB9"/>
    <w:rsid w:val="004702D3"/>
    <w:rsid w:val="004966A2"/>
    <w:rsid w:val="004B4A56"/>
    <w:rsid w:val="00536E70"/>
    <w:rsid w:val="005707EC"/>
    <w:rsid w:val="005C0185"/>
    <w:rsid w:val="00606390"/>
    <w:rsid w:val="00612815"/>
    <w:rsid w:val="0066170B"/>
    <w:rsid w:val="00716101"/>
    <w:rsid w:val="00740E28"/>
    <w:rsid w:val="007A56DE"/>
    <w:rsid w:val="007C2948"/>
    <w:rsid w:val="007E1BD6"/>
    <w:rsid w:val="0086167B"/>
    <w:rsid w:val="008977E9"/>
    <w:rsid w:val="008A321F"/>
    <w:rsid w:val="00922D1D"/>
    <w:rsid w:val="009278B8"/>
    <w:rsid w:val="009B4559"/>
    <w:rsid w:val="009B6239"/>
    <w:rsid w:val="009C7CDD"/>
    <w:rsid w:val="00A001ED"/>
    <w:rsid w:val="00A12CEF"/>
    <w:rsid w:val="00A50AEF"/>
    <w:rsid w:val="00A91B66"/>
    <w:rsid w:val="00AA1D8D"/>
    <w:rsid w:val="00AA1F36"/>
    <w:rsid w:val="00AA6929"/>
    <w:rsid w:val="00AB1865"/>
    <w:rsid w:val="00AF6ACC"/>
    <w:rsid w:val="00B25E14"/>
    <w:rsid w:val="00B46EAC"/>
    <w:rsid w:val="00B47730"/>
    <w:rsid w:val="00B94774"/>
    <w:rsid w:val="00BD03F7"/>
    <w:rsid w:val="00BE5C56"/>
    <w:rsid w:val="00C03128"/>
    <w:rsid w:val="00C3170B"/>
    <w:rsid w:val="00C355E8"/>
    <w:rsid w:val="00C65B3D"/>
    <w:rsid w:val="00C849C7"/>
    <w:rsid w:val="00C914CA"/>
    <w:rsid w:val="00CA4002"/>
    <w:rsid w:val="00CB0664"/>
    <w:rsid w:val="00D306B3"/>
    <w:rsid w:val="00D5680B"/>
    <w:rsid w:val="00D77A48"/>
    <w:rsid w:val="00DA403B"/>
    <w:rsid w:val="00E02A4A"/>
    <w:rsid w:val="00E26137"/>
    <w:rsid w:val="00E41128"/>
    <w:rsid w:val="00F0430C"/>
    <w:rsid w:val="00F37B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6</Pages>
  <Words>2304</Words>
  <Characters>13825</Characters>
  <Application>Microsoft Office Word</Application>
  <DocSecurity>0</DocSecurity>
  <Lines>115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24</cp:revision>
  <cp:lastPrinted>2026-09-23T08:42:00Z</cp:lastPrinted>
  <dcterms:created xsi:type="dcterms:W3CDTF">2026-09-23T09:26:00Z</dcterms:created>
  <dcterms:modified xsi:type="dcterms:W3CDTF">2026-10-05T06:46:00Z</dcterms:modified>
  <cp:category/>
</cp:coreProperties>
</file>