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9A5A850" w14:textId="5B74ABF1" w:rsidR="00606390" w:rsidRPr="00AF6ACC" w:rsidRDefault="00491374">
      <w:pPr>
        <w:spacing w:after="60"/>
        <w:jc w:val="center"/>
        <w:rPr>
          <w:rFonts w:asciiTheme="minorHAnsi" w:hAnsiTheme="minorHAnsi"/>
        </w:rPr>
      </w:pPr>
      <w:r w:rsidRPr="00491374">
        <w:rPr>
          <w:rFonts w:asciiTheme="minorHAnsi" w:hAnsiTheme="minorHAnsi"/>
          <w:b/>
          <w:sz w:val="24"/>
        </w:rPr>
        <w:t>na udzielanie świadczeń zdrowotnych z zakresu pielęgniarstwa wraz z pełnieniem funkcji pielęgniarza/pielęgniarki koordynującej Blok Operacyjny</w:t>
      </w:r>
      <w:r w:rsidR="005E1780" w:rsidRPr="005E1780">
        <w:rPr>
          <w:rFonts w:asciiTheme="minorHAnsi" w:hAnsiTheme="minorHAnsi"/>
          <w:b/>
          <w:sz w:val="24"/>
        </w:rPr>
        <w:t xml:space="preserve"> </w:t>
      </w:r>
    </w:p>
    <w:p w14:paraId="4336FBF9" w14:textId="77777777" w:rsidR="00606390" w:rsidRPr="00AF6ACC" w:rsidRDefault="0014577C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E131856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491374" w:rsidRPr="00491374">
        <w:rPr>
          <w:rFonts w:asciiTheme="minorHAnsi" w:hAnsiTheme="minorHAnsi"/>
          <w:sz w:val="21"/>
        </w:rPr>
        <w:t xml:space="preserve">udzielanie świadczeń zdrowotnych z zakresu pielęgniarstwa wraz </w:t>
      </w:r>
      <w:r w:rsidR="00491374">
        <w:rPr>
          <w:rFonts w:asciiTheme="minorHAnsi" w:hAnsiTheme="minorHAnsi"/>
          <w:sz w:val="21"/>
        </w:rPr>
        <w:br/>
      </w:r>
      <w:r w:rsidR="00491374" w:rsidRPr="00491374">
        <w:rPr>
          <w:rFonts w:asciiTheme="minorHAnsi" w:hAnsiTheme="minorHAnsi"/>
          <w:sz w:val="21"/>
        </w:rPr>
        <w:t xml:space="preserve">z pełnieniem funkcji pielęgniarza/pielęgniarki koordynującej Blok Operacyjny </w:t>
      </w:r>
      <w:r w:rsidRPr="00AF6ACC">
        <w:rPr>
          <w:rFonts w:asciiTheme="minorHAnsi" w:hAnsiTheme="minorHAnsi"/>
          <w:sz w:val="21"/>
        </w:rPr>
        <w:t>Udzielającego zamówienia,</w:t>
      </w:r>
      <w:r w:rsidR="00491374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zgodnie</w:t>
      </w:r>
      <w:r w:rsidR="00491374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z posiadanymi kwalifikacjami, aktualną wiedzą medyczną, obowiązującymi procedurami i harmonogramem ustalanym</w:t>
      </w:r>
      <w:r w:rsidR="00E106C7">
        <w:rPr>
          <w:rFonts w:asciiTheme="minorHAnsi" w:hAnsiTheme="minorHAnsi"/>
          <w:sz w:val="21"/>
        </w:rPr>
        <w:t xml:space="preserve"> z</w:t>
      </w:r>
      <w:r w:rsidRPr="00AF6ACC">
        <w:rPr>
          <w:rFonts w:asciiTheme="minorHAnsi" w:hAnsiTheme="minorHAnsi"/>
          <w:sz w:val="21"/>
        </w:rPr>
        <w:t xml:space="preserve"> Udzielającego zamówienia.</w:t>
      </w:r>
    </w:p>
    <w:p w14:paraId="322DCC76" w14:textId="4CCCDAFB" w:rsidR="00110563" w:rsidRPr="007147EC" w:rsidRDefault="0014577C" w:rsidP="007147E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EE1CD4">
        <w:rPr>
          <w:rFonts w:asciiTheme="minorHAnsi" w:hAnsiTheme="minorHAnsi"/>
          <w:sz w:val="21"/>
        </w:rPr>
        <w:t>1</w:t>
      </w:r>
    </w:p>
    <w:p w14:paraId="4A5F1DF7" w14:textId="67DCD88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F440C8">
        <w:rPr>
          <w:rFonts w:asciiTheme="minorHAnsi" w:hAnsiTheme="minorHAnsi"/>
          <w:sz w:val="21"/>
        </w:rPr>
        <w:t>jest Blok Operacyjny</w:t>
      </w:r>
      <w:r w:rsidRPr="00AF6ACC">
        <w:rPr>
          <w:rFonts w:asciiTheme="minorHAnsi" w:hAnsiTheme="minorHAnsi"/>
          <w:sz w:val="21"/>
        </w:rPr>
        <w:t xml:space="preserve"> Wojewódzkiego Specjalistycznego Szpitala Dziecięcego im. prof. dr. Stanisława Popowskiego 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0625B54B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F440C8">
        <w:rPr>
          <w:rFonts w:asciiTheme="minorHAnsi" w:hAnsiTheme="minorHAnsi"/>
          <w:sz w:val="21"/>
        </w:rPr>
        <w:t>0</w:t>
      </w:r>
      <w:r w:rsidR="00E106C7">
        <w:rPr>
          <w:rFonts w:asciiTheme="minorHAnsi" w:hAnsiTheme="minorHAnsi"/>
          <w:sz w:val="21"/>
        </w:rPr>
        <w:t>8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6C6DFF0B" w:rsidR="00606390" w:rsidRPr="00491374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F440C8">
        <w:rPr>
          <w:rFonts w:asciiTheme="minorHAnsi" w:hAnsiTheme="minorHAnsi"/>
          <w:sz w:val="21"/>
        </w:rPr>
        <w:t>0</w:t>
      </w:r>
      <w:r w:rsidR="00E106C7">
        <w:rPr>
          <w:rFonts w:asciiTheme="minorHAnsi" w:hAnsiTheme="minorHAnsi"/>
          <w:sz w:val="21"/>
        </w:rPr>
        <w:t>8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o godz. 1</w:t>
      </w:r>
      <w:r w:rsidR="005116AD">
        <w:rPr>
          <w:rFonts w:asciiTheme="minorHAnsi" w:hAnsiTheme="minorHAnsi"/>
          <w:sz w:val="21"/>
        </w:rPr>
        <w:t>1</w:t>
      </w:r>
      <w:r w:rsidR="000C25A0">
        <w:rPr>
          <w:rFonts w:asciiTheme="minorHAnsi" w:hAnsiTheme="minorHAnsi"/>
          <w:sz w:val="21"/>
        </w:rPr>
        <w:t>6+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5FF7DFA8" w14:textId="7A998FBA" w:rsidR="00491374" w:rsidRPr="00491374" w:rsidRDefault="00491374" w:rsidP="00491374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491374">
        <w:rPr>
          <w:rFonts w:asciiTheme="minorHAnsi" w:hAnsiTheme="minorHAnsi"/>
        </w:rPr>
        <w:t>Konkurs zostanie rozstrzygnięty w siedzibie Udzielającego zamówienia w dniu 0</w:t>
      </w:r>
      <w:r>
        <w:rPr>
          <w:rFonts w:asciiTheme="minorHAnsi" w:hAnsiTheme="minorHAnsi"/>
        </w:rPr>
        <w:t>9</w:t>
      </w:r>
      <w:r w:rsidRPr="00491374">
        <w:rPr>
          <w:rFonts w:asciiTheme="minorHAnsi" w:hAnsiTheme="minorHAnsi"/>
        </w:rPr>
        <w:t xml:space="preserve">.10.2026 r. </w:t>
      </w:r>
    </w:p>
    <w:p w14:paraId="76A91C14" w14:textId="55B7527D" w:rsidR="00491374" w:rsidRPr="00491374" w:rsidRDefault="00491374" w:rsidP="00491374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491374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3601A1BA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konkursu może przystąpić osoba posiadająca kwalifikacje do wykonywania zawodu pielęgniarki lub pielęgniarza,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225E7980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aktualne prawo wykonywania zawodu pielęgniarki lub pielęgniarza;</w:t>
      </w:r>
    </w:p>
    <w:p w14:paraId="309C0CCC" w14:textId="57B67CD1" w:rsidR="00606390" w:rsidRPr="005E1780" w:rsidRDefault="0014577C" w:rsidP="005E1780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  <w:sz w:val="21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5A4C0A" w:rsidRPr="00AF6ACC">
        <w:rPr>
          <w:rFonts w:asciiTheme="minorHAnsi" w:hAnsiTheme="minorHAnsi"/>
          <w:sz w:val="21"/>
        </w:rPr>
        <w:t>kwalifikacje</w:t>
      </w:r>
      <w:r w:rsidR="006166DB">
        <w:rPr>
          <w:rFonts w:asciiTheme="minorHAnsi" w:hAnsiTheme="minorHAnsi"/>
          <w:sz w:val="21"/>
        </w:rPr>
        <w:t xml:space="preserve"> </w:t>
      </w:r>
      <w:r w:rsidR="00E84506" w:rsidRPr="00E84506">
        <w:rPr>
          <w:rFonts w:asciiTheme="minorHAnsi" w:hAnsiTheme="minorHAnsi"/>
          <w:sz w:val="21"/>
        </w:rPr>
        <w:t xml:space="preserve">umożliwiające wykonywanie świadczeń objętych konkursem </w:t>
      </w:r>
      <w:r w:rsidR="005E1780">
        <w:rPr>
          <w:rFonts w:asciiTheme="minorHAnsi" w:hAnsiTheme="minorHAnsi"/>
          <w:sz w:val="21"/>
        </w:rPr>
        <w:t xml:space="preserve">w tym </w:t>
      </w:r>
      <w:r w:rsidR="005E1780" w:rsidRPr="005E1780">
        <w:rPr>
          <w:rFonts w:asciiTheme="minorHAnsi" w:hAnsiTheme="minorHAnsi"/>
          <w:sz w:val="21"/>
        </w:rPr>
        <w:t>specjalizację w dziedzinie pielęgniarstwa operacyjnego oraz tytuł magistra pielęgniarstwa</w:t>
      </w:r>
      <w:r w:rsidRPr="005E1780">
        <w:rPr>
          <w:rFonts w:asciiTheme="minorHAnsi" w:hAnsiTheme="minorHAnsi"/>
          <w:sz w:val="21"/>
        </w:rPr>
        <w:t>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280686EE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491374" w:rsidRPr="00491374">
        <w:rPr>
          <w:rFonts w:asciiTheme="minorHAnsi" w:hAnsiTheme="minorHAnsi"/>
          <w:b/>
          <w:sz w:val="21"/>
        </w:rPr>
        <w:t xml:space="preserve">udzielanie świadczeń zdrowotnych z zakresu pielęgniarstwa wraz </w:t>
      </w:r>
      <w:r w:rsidR="00491374" w:rsidRPr="00491374">
        <w:rPr>
          <w:rFonts w:asciiTheme="minorHAnsi" w:hAnsiTheme="minorHAnsi"/>
          <w:b/>
          <w:sz w:val="21"/>
        </w:rPr>
        <w:br/>
        <w:t xml:space="preserve">z pełnieniem funkcji pielęgniarza/pielęgniarki koordynującej Blok </w:t>
      </w:r>
      <w:proofErr w:type="gramStart"/>
      <w:r w:rsidR="00491374" w:rsidRPr="00491374">
        <w:rPr>
          <w:rFonts w:asciiTheme="minorHAnsi" w:hAnsiTheme="minorHAnsi"/>
          <w:b/>
          <w:sz w:val="21"/>
        </w:rPr>
        <w:t xml:space="preserve">Operacyjny </w:t>
      </w:r>
      <w:r w:rsidR="00E84506">
        <w:rPr>
          <w:rFonts w:asciiTheme="minorHAnsi" w:hAnsiTheme="minorHAnsi"/>
          <w:b/>
          <w:sz w:val="21"/>
        </w:rPr>
        <w:t>”</w:t>
      </w:r>
      <w:proofErr w:type="gramEnd"/>
      <w:r w:rsidR="00E84506" w:rsidRPr="00E84506">
        <w:rPr>
          <w:rFonts w:asciiTheme="minorHAnsi" w:hAnsiTheme="minorHAnsi"/>
          <w:b/>
          <w:sz w:val="21"/>
        </w:rPr>
        <w:t xml:space="preserve">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528"/>
        <w:gridCol w:w="2552"/>
      </w:tblGrid>
      <w:tr w:rsidR="00606390" w:rsidRPr="00AF6ACC" w14:paraId="1D563A8C" w14:textId="77777777" w:rsidTr="00E84506">
        <w:trPr>
          <w:trHeight w:val="104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52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552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E84506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5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60EB0ADD" w:rsidR="00606390" w:rsidRPr="00AF6ACC" w:rsidRDefault="0045524C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Pr="0045524C">
              <w:rPr>
                <w:rFonts w:asciiTheme="minorHAnsi" w:hAnsiTheme="minorHAnsi"/>
                <w:sz w:val="19"/>
              </w:rPr>
              <w:t>ena za udzielanie świadczeń zdrowotnych</w:t>
            </w:r>
          </w:p>
        </w:tc>
        <w:tc>
          <w:tcPr>
            <w:tcW w:w="25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7BD5A956" w:rsidR="00606390" w:rsidRPr="00AF6ACC" w:rsidRDefault="00E84506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  <w:tr w:rsidR="00606390" w:rsidRPr="00AF6ACC" w14:paraId="5BAEC8BE" w14:textId="77777777" w:rsidTr="00E84506">
        <w:trPr>
          <w:trHeight w:val="28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lastRenderedPageBreak/>
              <w:t>2</w:t>
            </w:r>
          </w:p>
        </w:tc>
        <w:tc>
          <w:tcPr>
            <w:tcW w:w="55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488B5EF3" w:rsidR="00606390" w:rsidRPr="00AF6ACC" w:rsidRDefault="00E84506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Doświadczenie zawodowe w kierowaniu Blokiem Operacyjnym</w:t>
            </w:r>
          </w:p>
        </w:tc>
        <w:tc>
          <w:tcPr>
            <w:tcW w:w="25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C4B97E0" w:rsidR="00606390" w:rsidRPr="00AF6ACC" w:rsidRDefault="00E84506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045E98F3" w:rsidR="00606390" w:rsidRPr="00AF6ACC" w:rsidRDefault="00E84506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doświadczenie zawodowe w kierowaniu Blokiem Operacyjnym powyżej 10 lat</w:t>
      </w:r>
      <w:r w:rsidR="0014577C" w:rsidRPr="00AF6ACC">
        <w:rPr>
          <w:rFonts w:asciiTheme="minorHAnsi" w:hAnsiTheme="minorHAnsi"/>
          <w:sz w:val="21"/>
        </w:rPr>
        <w:t xml:space="preserve"> – 20 pkt;</w:t>
      </w:r>
    </w:p>
    <w:p w14:paraId="682D7EDA" w14:textId="6B8C5E75" w:rsidR="00606390" w:rsidRPr="00AF6ACC" w:rsidRDefault="00E84506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E84506">
        <w:rPr>
          <w:rFonts w:asciiTheme="minorHAnsi" w:hAnsiTheme="minorHAnsi"/>
          <w:sz w:val="21"/>
        </w:rPr>
        <w:t xml:space="preserve">doświadczenie zawodowe w kierowaniu Blokiem Operacyjnym </w:t>
      </w:r>
      <w:r>
        <w:rPr>
          <w:rFonts w:asciiTheme="minorHAnsi" w:hAnsiTheme="minorHAnsi"/>
          <w:sz w:val="21"/>
        </w:rPr>
        <w:t>5- 10</w:t>
      </w:r>
      <w:r w:rsidRPr="00E84506">
        <w:rPr>
          <w:rFonts w:asciiTheme="minorHAnsi" w:hAnsiTheme="minorHAnsi"/>
          <w:sz w:val="21"/>
        </w:rPr>
        <w:t xml:space="preserve"> lat – </w:t>
      </w:r>
      <w:r>
        <w:rPr>
          <w:rFonts w:asciiTheme="minorHAnsi" w:hAnsiTheme="minorHAnsi"/>
          <w:sz w:val="21"/>
        </w:rPr>
        <w:t>15</w:t>
      </w:r>
      <w:r w:rsidRPr="00E84506">
        <w:rPr>
          <w:rFonts w:asciiTheme="minorHAnsi" w:hAnsiTheme="minorHAnsi"/>
          <w:sz w:val="21"/>
        </w:rPr>
        <w:t xml:space="preserve"> pkt</w:t>
      </w:r>
      <w:r w:rsidR="0014577C" w:rsidRPr="00AF6ACC">
        <w:rPr>
          <w:rFonts w:asciiTheme="minorHAnsi" w:hAnsiTheme="minorHAnsi"/>
          <w:sz w:val="21"/>
        </w:rPr>
        <w:t>;</w:t>
      </w:r>
    </w:p>
    <w:p w14:paraId="3468705A" w14:textId="20B8899A" w:rsidR="00606390" w:rsidRPr="00AF6ACC" w:rsidRDefault="00E84506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E84506">
        <w:rPr>
          <w:rFonts w:asciiTheme="minorHAnsi" w:hAnsiTheme="minorHAnsi"/>
          <w:sz w:val="21"/>
        </w:rPr>
        <w:t xml:space="preserve">doświadczenie zawodowe w kierowaniu Blokiem Operacyjnym </w:t>
      </w:r>
      <w:r>
        <w:rPr>
          <w:rFonts w:asciiTheme="minorHAnsi" w:hAnsiTheme="minorHAnsi"/>
          <w:sz w:val="21"/>
        </w:rPr>
        <w:t>do 1-5 lat</w:t>
      </w:r>
      <w:r w:rsidR="0014577C" w:rsidRPr="00AF6ACC">
        <w:rPr>
          <w:rFonts w:asciiTheme="minorHAnsi" w:hAnsiTheme="minorHAnsi"/>
          <w:sz w:val="21"/>
        </w:rPr>
        <w:t xml:space="preserve"> </w:t>
      </w:r>
      <w:r>
        <w:rPr>
          <w:rFonts w:asciiTheme="minorHAnsi" w:hAnsiTheme="minorHAnsi"/>
          <w:sz w:val="21"/>
        </w:rPr>
        <w:t>5</w:t>
      </w:r>
      <w:r w:rsidR="0014577C"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15E0B270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66045E89" w:rsidR="00606390" w:rsidRPr="00AA1F36" w:rsidRDefault="0014577C">
      <w:pPr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…………………………</w:t>
      </w:r>
      <w:r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5571A" w14:textId="77777777" w:rsidR="004967DF" w:rsidRPr="00AF6ACC" w:rsidRDefault="004967DF">
      <w:pPr>
        <w:spacing w:after="0" w:line="240" w:lineRule="auto"/>
      </w:pPr>
      <w:r w:rsidRPr="00AF6ACC">
        <w:separator/>
      </w:r>
    </w:p>
  </w:endnote>
  <w:endnote w:type="continuationSeparator" w:id="0">
    <w:p w14:paraId="1E733A08" w14:textId="77777777" w:rsidR="004967DF" w:rsidRPr="00AF6ACC" w:rsidRDefault="004967DF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B629B" w14:textId="77777777" w:rsidR="004967DF" w:rsidRPr="00AF6ACC" w:rsidRDefault="004967DF">
      <w:pPr>
        <w:spacing w:after="0" w:line="240" w:lineRule="auto"/>
      </w:pPr>
      <w:r w:rsidRPr="00AF6ACC">
        <w:separator/>
      </w:r>
    </w:p>
  </w:footnote>
  <w:footnote w:type="continuationSeparator" w:id="0">
    <w:p w14:paraId="617233AC" w14:textId="77777777" w:rsidR="004967DF" w:rsidRPr="00AF6ACC" w:rsidRDefault="004967DF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6063C"/>
    <w:rsid w:val="000C25A0"/>
    <w:rsid w:val="000D50AA"/>
    <w:rsid w:val="00110563"/>
    <w:rsid w:val="00120787"/>
    <w:rsid w:val="0014577C"/>
    <w:rsid w:val="0015074B"/>
    <w:rsid w:val="00164DF0"/>
    <w:rsid w:val="001D07B4"/>
    <w:rsid w:val="002578CB"/>
    <w:rsid w:val="0029639D"/>
    <w:rsid w:val="0032119E"/>
    <w:rsid w:val="00326F90"/>
    <w:rsid w:val="003924DD"/>
    <w:rsid w:val="00427C0F"/>
    <w:rsid w:val="00453DB9"/>
    <w:rsid w:val="0045524C"/>
    <w:rsid w:val="0046566A"/>
    <w:rsid w:val="004702D3"/>
    <w:rsid w:val="00491374"/>
    <w:rsid w:val="004967DF"/>
    <w:rsid w:val="004B4A56"/>
    <w:rsid w:val="005116AD"/>
    <w:rsid w:val="00537E81"/>
    <w:rsid w:val="005A4C0A"/>
    <w:rsid w:val="005B6827"/>
    <w:rsid w:val="005E1780"/>
    <w:rsid w:val="00606390"/>
    <w:rsid w:val="00612815"/>
    <w:rsid w:val="006166DB"/>
    <w:rsid w:val="007147EC"/>
    <w:rsid w:val="00740E28"/>
    <w:rsid w:val="007535B1"/>
    <w:rsid w:val="007A56DE"/>
    <w:rsid w:val="008E3D5B"/>
    <w:rsid w:val="00922D1D"/>
    <w:rsid w:val="009278B8"/>
    <w:rsid w:val="009812D6"/>
    <w:rsid w:val="00A001ED"/>
    <w:rsid w:val="00A061C8"/>
    <w:rsid w:val="00A148BB"/>
    <w:rsid w:val="00A4511F"/>
    <w:rsid w:val="00A775C8"/>
    <w:rsid w:val="00AA1D8D"/>
    <w:rsid w:val="00AA1F36"/>
    <w:rsid w:val="00AB1865"/>
    <w:rsid w:val="00AF6ACC"/>
    <w:rsid w:val="00B47730"/>
    <w:rsid w:val="00B94774"/>
    <w:rsid w:val="00BC4C05"/>
    <w:rsid w:val="00BD03F7"/>
    <w:rsid w:val="00C03128"/>
    <w:rsid w:val="00C47878"/>
    <w:rsid w:val="00C849C7"/>
    <w:rsid w:val="00CA4002"/>
    <w:rsid w:val="00CB0664"/>
    <w:rsid w:val="00CB6584"/>
    <w:rsid w:val="00D25884"/>
    <w:rsid w:val="00D306B3"/>
    <w:rsid w:val="00D77A48"/>
    <w:rsid w:val="00DA6883"/>
    <w:rsid w:val="00DE6692"/>
    <w:rsid w:val="00E106C7"/>
    <w:rsid w:val="00E84506"/>
    <w:rsid w:val="00EE1CD4"/>
    <w:rsid w:val="00F0430C"/>
    <w:rsid w:val="00F17FC5"/>
    <w:rsid w:val="00F440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1780</TotalTime>
  <Pages>6</Pages>
  <Words>2255</Words>
  <Characters>13532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36</cp:revision>
  <cp:lastPrinted>2026-09-25T07:42:00Z</cp:lastPrinted>
  <dcterms:created xsi:type="dcterms:W3CDTF">2013-12-23T23:15:00Z</dcterms:created>
  <dcterms:modified xsi:type="dcterms:W3CDTF">2026-09-25T08:41:00Z</dcterms:modified>
  <cp:category/>
</cp:coreProperties>
</file>