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9A5A850" w14:textId="371E9DD7" w:rsidR="00606390" w:rsidRPr="00AF6ACC" w:rsidRDefault="0014577C">
      <w:pPr>
        <w:spacing w:after="6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4"/>
        </w:rPr>
        <w:t>na udzielanie świadczeń zdrowotnych przez pielęgnia</w:t>
      </w:r>
      <w:r w:rsidR="00F440C8">
        <w:rPr>
          <w:rFonts w:asciiTheme="minorHAnsi" w:hAnsiTheme="minorHAnsi"/>
          <w:b/>
          <w:sz w:val="24"/>
        </w:rPr>
        <w:t>r</w:t>
      </w:r>
      <w:r w:rsidR="006D3DBE">
        <w:rPr>
          <w:rFonts w:asciiTheme="minorHAnsi" w:hAnsiTheme="minorHAnsi"/>
          <w:b/>
          <w:sz w:val="24"/>
        </w:rPr>
        <w:t>za</w:t>
      </w:r>
      <w:r w:rsidR="00F440C8">
        <w:rPr>
          <w:rFonts w:asciiTheme="minorHAnsi" w:hAnsiTheme="minorHAnsi"/>
          <w:b/>
          <w:sz w:val="24"/>
        </w:rPr>
        <w:t>/</w:t>
      </w:r>
      <w:r w:rsidRPr="00AF6ACC">
        <w:rPr>
          <w:rFonts w:asciiTheme="minorHAnsi" w:hAnsiTheme="minorHAnsi"/>
          <w:b/>
          <w:sz w:val="24"/>
        </w:rPr>
        <w:t>pielęgniar</w:t>
      </w:r>
      <w:r w:rsidR="006D3DBE">
        <w:rPr>
          <w:rFonts w:asciiTheme="minorHAnsi" w:hAnsiTheme="minorHAnsi"/>
          <w:b/>
          <w:sz w:val="24"/>
        </w:rPr>
        <w:t xml:space="preserve">kę </w:t>
      </w:r>
      <w:r w:rsidR="00F440C8">
        <w:rPr>
          <w:rFonts w:asciiTheme="minorHAnsi" w:hAnsiTheme="minorHAnsi"/>
          <w:b/>
          <w:sz w:val="24"/>
        </w:rPr>
        <w:t>anestezjologiczną w Bloku Operacyjnym</w:t>
      </w:r>
    </w:p>
    <w:p w14:paraId="4336FBF9" w14:textId="77777777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024BE8AF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F440C8" w:rsidRPr="00F440C8">
        <w:rPr>
          <w:rFonts w:asciiTheme="minorHAnsi" w:hAnsiTheme="minorHAnsi"/>
          <w:sz w:val="21"/>
        </w:rPr>
        <w:t>udzielanie świadczeń zdrowotnych przez pielęgniar</w:t>
      </w:r>
      <w:r w:rsidR="006D3DBE">
        <w:rPr>
          <w:rFonts w:asciiTheme="minorHAnsi" w:hAnsiTheme="minorHAnsi"/>
          <w:sz w:val="21"/>
        </w:rPr>
        <w:t>za</w:t>
      </w:r>
      <w:r w:rsidR="00F440C8" w:rsidRPr="00F440C8">
        <w:rPr>
          <w:rFonts w:asciiTheme="minorHAnsi" w:hAnsiTheme="minorHAnsi"/>
          <w:sz w:val="21"/>
        </w:rPr>
        <w:t>/pielęgniar</w:t>
      </w:r>
      <w:r w:rsidR="006D3DBE">
        <w:rPr>
          <w:rFonts w:asciiTheme="minorHAnsi" w:hAnsiTheme="minorHAnsi"/>
          <w:sz w:val="21"/>
        </w:rPr>
        <w:t xml:space="preserve">kę </w:t>
      </w:r>
      <w:r w:rsidR="00F440C8" w:rsidRPr="00F440C8">
        <w:rPr>
          <w:rFonts w:asciiTheme="minorHAnsi" w:hAnsiTheme="minorHAnsi"/>
          <w:sz w:val="21"/>
        </w:rPr>
        <w:t>anestezjologiczną w Bloku Operacyjnym</w:t>
      </w:r>
      <w:r w:rsidRPr="00AF6ACC">
        <w:rPr>
          <w:rFonts w:asciiTheme="minorHAnsi" w:hAnsiTheme="minorHAnsi"/>
          <w:sz w:val="21"/>
        </w:rPr>
        <w:t xml:space="preserve"> Udzielającego zamówienia, zgodnie z posiadanymi kwalifikacjami, aktualną wiedzą medyczną, obowiązującymi procedurami i harmonogramem ustalanym </w:t>
      </w:r>
      <w:r w:rsidR="005A74F0">
        <w:rPr>
          <w:rFonts w:asciiTheme="minorHAnsi" w:hAnsiTheme="minorHAnsi"/>
          <w:sz w:val="21"/>
        </w:rPr>
        <w:t>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4C67EF96" w14:textId="4C2E2C98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F440C8">
        <w:rPr>
          <w:rFonts w:asciiTheme="minorHAnsi" w:hAnsiTheme="minorHAnsi"/>
          <w:sz w:val="21"/>
        </w:rPr>
        <w:t>5</w:t>
      </w:r>
      <w:r w:rsidRPr="00AF6ACC">
        <w:rPr>
          <w:rFonts w:asciiTheme="minorHAnsi" w:hAnsiTheme="minorHAnsi"/>
          <w:sz w:val="21"/>
        </w:rPr>
        <w:t>.</w:t>
      </w:r>
    </w:p>
    <w:p w14:paraId="4A5F1DF7" w14:textId="67DCD88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F440C8">
        <w:rPr>
          <w:rFonts w:asciiTheme="minorHAnsi" w:hAnsiTheme="minorHAnsi"/>
          <w:sz w:val="21"/>
        </w:rPr>
        <w:t>jest Blok Operacyjny</w:t>
      </w:r>
      <w:r w:rsidRPr="00AF6ACC">
        <w:rPr>
          <w:rFonts w:asciiTheme="minorHAnsi" w:hAnsiTheme="minorHAnsi"/>
          <w:sz w:val="21"/>
        </w:rPr>
        <w:t xml:space="preserve"> Wojewódzkiego Specjalistycznego Szpitala Dziecięcego im. prof. dr. Stanisława Popowskiego 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39C1775B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F440C8">
        <w:rPr>
          <w:rFonts w:asciiTheme="minorHAnsi" w:hAnsiTheme="minorHAnsi"/>
          <w:sz w:val="21"/>
        </w:rPr>
        <w:t>07.10.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607E51D9" w:rsidR="00606390" w:rsidRPr="006D3DBE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F440C8">
        <w:rPr>
          <w:rFonts w:asciiTheme="minorHAnsi" w:hAnsiTheme="minorHAnsi"/>
          <w:sz w:val="21"/>
        </w:rPr>
        <w:t>07.10.</w:t>
      </w:r>
      <w:r w:rsidRPr="00AF6ACC">
        <w:rPr>
          <w:rFonts w:asciiTheme="minorHAnsi" w:hAnsiTheme="minorHAnsi"/>
          <w:sz w:val="21"/>
        </w:rPr>
        <w:t>2026 r. o godz. 1</w:t>
      </w:r>
      <w:r w:rsidR="006F3215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11CE23C8" w14:textId="5C6949B5" w:rsidR="006D3DBE" w:rsidRPr="006D3DBE" w:rsidRDefault="006D3DBE" w:rsidP="006D3DBE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6D3DBE">
        <w:rPr>
          <w:rFonts w:asciiTheme="minorHAnsi" w:hAnsiTheme="minorHAnsi"/>
        </w:rPr>
        <w:t>Konkurs zostanie rozstrzygnięty w siedzibie Udzielającego zamówienia w dniu 0</w:t>
      </w:r>
      <w:r>
        <w:rPr>
          <w:rFonts w:asciiTheme="minorHAnsi" w:hAnsiTheme="minorHAnsi"/>
        </w:rPr>
        <w:t>8</w:t>
      </w:r>
      <w:r w:rsidRPr="006D3DBE">
        <w:rPr>
          <w:rFonts w:asciiTheme="minorHAnsi" w:hAnsiTheme="minorHAnsi"/>
        </w:rPr>
        <w:t xml:space="preserve">.10.2026 r. </w:t>
      </w:r>
    </w:p>
    <w:p w14:paraId="2CA72367" w14:textId="07F604F3" w:rsidR="006D3DBE" w:rsidRPr="006D3DBE" w:rsidRDefault="006D3DBE" w:rsidP="006D3DBE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6D3DBE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601A1BA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konkursu może przystąpić osoba posiadająca kwalifikacje do wykonywania zawodu pielęgniarki lub pielęgniarza,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225E7980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aktualne prawo wykonywania zawodu pielęgniarki lub pielęgniarza;</w:t>
      </w:r>
    </w:p>
    <w:p w14:paraId="309C0CCC" w14:textId="4ABA9324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</w:t>
      </w:r>
      <w:r w:rsidR="006166DB">
        <w:rPr>
          <w:rFonts w:asciiTheme="minorHAnsi" w:hAnsiTheme="minorHAnsi"/>
          <w:sz w:val="21"/>
        </w:rPr>
        <w:t>, w tym specjalizację w dziedzinie anestezjologii i intensywnej terapii</w:t>
      </w:r>
      <w:r w:rsidRPr="00AF6ACC">
        <w:rPr>
          <w:rFonts w:asciiTheme="minorHAnsi" w:hAnsiTheme="minorHAnsi"/>
          <w:sz w:val="21"/>
        </w:rPr>
        <w:t xml:space="preserve"> </w:t>
      </w:r>
      <w:r w:rsidR="00643308">
        <w:rPr>
          <w:rFonts w:asciiTheme="minorHAnsi" w:hAnsiTheme="minorHAnsi"/>
          <w:sz w:val="21"/>
        </w:rPr>
        <w:t>lub kurs kwalifikacyjny w dziedzinie anestez</w:t>
      </w:r>
      <w:r w:rsidR="00D812B3">
        <w:rPr>
          <w:rFonts w:asciiTheme="minorHAnsi" w:hAnsiTheme="minorHAnsi"/>
          <w:sz w:val="21"/>
        </w:rPr>
        <w:t>jologii i intensywnej terapii;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069C66C3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46566A">
        <w:rPr>
          <w:rFonts w:asciiTheme="minorHAnsi" w:hAnsiTheme="minorHAnsi"/>
          <w:b/>
          <w:sz w:val="21"/>
        </w:rPr>
        <w:t xml:space="preserve">udzielanie </w:t>
      </w:r>
      <w:r w:rsidR="0046566A" w:rsidRPr="0046566A">
        <w:rPr>
          <w:rFonts w:asciiTheme="minorHAnsi" w:hAnsiTheme="minorHAnsi"/>
          <w:b/>
          <w:sz w:val="21"/>
        </w:rPr>
        <w:t>świadcze</w:t>
      </w:r>
      <w:r w:rsidR="0046566A">
        <w:rPr>
          <w:rFonts w:asciiTheme="minorHAnsi" w:hAnsiTheme="minorHAnsi"/>
          <w:b/>
          <w:sz w:val="21"/>
        </w:rPr>
        <w:t>ń</w:t>
      </w:r>
      <w:r w:rsidR="0046566A" w:rsidRPr="0046566A">
        <w:rPr>
          <w:rFonts w:asciiTheme="minorHAnsi" w:hAnsiTheme="minorHAnsi"/>
          <w:b/>
          <w:sz w:val="21"/>
        </w:rPr>
        <w:t xml:space="preserve"> zdrowotnych przez pielęgniar</w:t>
      </w:r>
      <w:r w:rsidR="00D05F0B">
        <w:rPr>
          <w:rFonts w:asciiTheme="minorHAnsi" w:hAnsiTheme="minorHAnsi"/>
          <w:b/>
          <w:sz w:val="21"/>
        </w:rPr>
        <w:t>za</w:t>
      </w:r>
      <w:r w:rsidR="0046566A" w:rsidRPr="0046566A">
        <w:rPr>
          <w:rFonts w:asciiTheme="minorHAnsi" w:hAnsiTheme="minorHAnsi"/>
          <w:b/>
          <w:sz w:val="21"/>
        </w:rPr>
        <w:t>/pielęgniar</w:t>
      </w:r>
      <w:r w:rsidR="00D05F0B">
        <w:rPr>
          <w:rFonts w:asciiTheme="minorHAnsi" w:hAnsiTheme="minorHAnsi"/>
          <w:b/>
          <w:sz w:val="21"/>
        </w:rPr>
        <w:t xml:space="preserve">kę </w:t>
      </w:r>
      <w:r w:rsidR="0046566A" w:rsidRPr="0046566A">
        <w:rPr>
          <w:rFonts w:asciiTheme="minorHAnsi" w:hAnsiTheme="minorHAnsi"/>
          <w:b/>
          <w:sz w:val="21"/>
        </w:rPr>
        <w:t xml:space="preserve">anestezjologiczną w Bloku Operacyjnym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D05F0B">
        <w:trPr>
          <w:trHeight w:val="169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77777777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Dostępność – gotowość do pracy w systemie całodobowym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70816C4F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338F4F9F" w:rsidR="00606390" w:rsidRPr="00AA1F36" w:rsidRDefault="0014577C">
      <w:pPr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…………………………</w:t>
      </w:r>
      <w:r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5C48F" w14:textId="77777777" w:rsidR="00D74FD1" w:rsidRPr="00AF6ACC" w:rsidRDefault="00D74FD1">
      <w:pPr>
        <w:spacing w:after="0" w:line="240" w:lineRule="auto"/>
      </w:pPr>
      <w:r w:rsidRPr="00AF6ACC">
        <w:separator/>
      </w:r>
    </w:p>
  </w:endnote>
  <w:endnote w:type="continuationSeparator" w:id="0">
    <w:p w14:paraId="2A421B02" w14:textId="77777777" w:rsidR="00D74FD1" w:rsidRPr="00AF6ACC" w:rsidRDefault="00D74FD1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1D141" w14:textId="77777777" w:rsidR="00D74FD1" w:rsidRPr="00AF6ACC" w:rsidRDefault="00D74FD1">
      <w:pPr>
        <w:spacing w:after="0" w:line="240" w:lineRule="auto"/>
      </w:pPr>
      <w:r w:rsidRPr="00AF6ACC">
        <w:separator/>
      </w:r>
    </w:p>
  </w:footnote>
  <w:footnote w:type="continuationSeparator" w:id="0">
    <w:p w14:paraId="0455C77C" w14:textId="77777777" w:rsidR="00D74FD1" w:rsidRPr="00AF6ACC" w:rsidRDefault="00D74FD1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6063C"/>
    <w:rsid w:val="00073D04"/>
    <w:rsid w:val="0014577C"/>
    <w:rsid w:val="0015074B"/>
    <w:rsid w:val="00164DF0"/>
    <w:rsid w:val="001D07B4"/>
    <w:rsid w:val="002578CB"/>
    <w:rsid w:val="0029639D"/>
    <w:rsid w:val="002A5FDF"/>
    <w:rsid w:val="00326F90"/>
    <w:rsid w:val="0033579D"/>
    <w:rsid w:val="003924DD"/>
    <w:rsid w:val="00427C0F"/>
    <w:rsid w:val="00453DB9"/>
    <w:rsid w:val="0046566A"/>
    <w:rsid w:val="004702D3"/>
    <w:rsid w:val="004A33B6"/>
    <w:rsid w:val="004B4A56"/>
    <w:rsid w:val="005A74F0"/>
    <w:rsid w:val="00606390"/>
    <w:rsid w:val="00612815"/>
    <w:rsid w:val="006166DB"/>
    <w:rsid w:val="00643308"/>
    <w:rsid w:val="006D3DBE"/>
    <w:rsid w:val="006F3215"/>
    <w:rsid w:val="00740E28"/>
    <w:rsid w:val="00796473"/>
    <w:rsid w:val="007A56DE"/>
    <w:rsid w:val="008C3003"/>
    <w:rsid w:val="009005B4"/>
    <w:rsid w:val="00922D1D"/>
    <w:rsid w:val="00926D67"/>
    <w:rsid w:val="009278B8"/>
    <w:rsid w:val="009812D6"/>
    <w:rsid w:val="00A001ED"/>
    <w:rsid w:val="00A148BB"/>
    <w:rsid w:val="00A4511F"/>
    <w:rsid w:val="00A775C8"/>
    <w:rsid w:val="00AA1D8D"/>
    <w:rsid w:val="00AA1F36"/>
    <w:rsid w:val="00AB1865"/>
    <w:rsid w:val="00AF6ACC"/>
    <w:rsid w:val="00B47730"/>
    <w:rsid w:val="00B94774"/>
    <w:rsid w:val="00BC4C05"/>
    <w:rsid w:val="00BD03F7"/>
    <w:rsid w:val="00C03128"/>
    <w:rsid w:val="00C849C7"/>
    <w:rsid w:val="00CA4002"/>
    <w:rsid w:val="00CB0664"/>
    <w:rsid w:val="00D05F0B"/>
    <w:rsid w:val="00D306B3"/>
    <w:rsid w:val="00D74FD1"/>
    <w:rsid w:val="00D77A48"/>
    <w:rsid w:val="00D812B3"/>
    <w:rsid w:val="00DA6883"/>
    <w:rsid w:val="00F0430C"/>
    <w:rsid w:val="00F17FC5"/>
    <w:rsid w:val="00F440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1657</TotalTime>
  <Pages>6</Pages>
  <Words>2237</Words>
  <Characters>13422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32</cp:revision>
  <cp:lastPrinted>2026-09-24T05:21:00Z</cp:lastPrinted>
  <dcterms:created xsi:type="dcterms:W3CDTF">2013-12-23T23:15:00Z</dcterms:created>
  <dcterms:modified xsi:type="dcterms:W3CDTF">2026-09-25T07:15:00Z</dcterms:modified>
  <cp:category/>
</cp:coreProperties>
</file>