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1DAB32EE" w:rsidR="00606390" w:rsidRPr="00AF6ACC" w:rsidRDefault="00C76F01" w:rsidP="00C76F01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t xml:space="preserve">na </w:t>
      </w:r>
      <w:r w:rsidRPr="00C76F01">
        <w:rPr>
          <w:rFonts w:ascii="Cambria" w:hAnsi="Cambria"/>
          <w:b/>
        </w:rPr>
        <w:t>pełnienie funkcji Koordynatora w Oddziale Intensywnej Terapii i Anestezjologii wraz</w:t>
      </w:r>
      <w:r>
        <w:rPr>
          <w:rFonts w:ascii="Cambria" w:hAnsi="Cambria"/>
          <w:b/>
        </w:rPr>
        <w:br/>
      </w:r>
      <w:r w:rsidRPr="00C76F01">
        <w:rPr>
          <w:rFonts w:ascii="Cambria" w:hAnsi="Cambria"/>
          <w:b/>
        </w:rPr>
        <w:t xml:space="preserve"> z udzielaniem świadczeń zdrowotnych z zakresu anestezjologii i intensywnej terapii </w:t>
      </w:r>
      <w:r>
        <w:rPr>
          <w:rFonts w:ascii="Cambria" w:hAnsi="Cambria"/>
          <w:b/>
        </w:rPr>
        <w:br/>
      </w:r>
      <w:r w:rsidRPr="00C76F01">
        <w:rPr>
          <w:rFonts w:ascii="Cambria" w:hAnsi="Cambria"/>
          <w:b/>
        </w:rPr>
        <w:t>w Oddziale Intensywnej Terapii i Anestezjologii oraz pacjentom w innych oddziałach szpitala, wymagających świadczeń i konsultacji w powyższym zakresie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3E70064D" w:rsidR="00606390" w:rsidRPr="009E1620" w:rsidRDefault="0014577C" w:rsidP="009E1620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9E1620">
        <w:rPr>
          <w:rFonts w:asciiTheme="minorHAnsi" w:hAnsiTheme="minorHAnsi"/>
          <w:sz w:val="21"/>
        </w:rPr>
        <w:t xml:space="preserve">Przedmiotem konkursu jest </w:t>
      </w:r>
      <w:r w:rsidR="009E1620" w:rsidRPr="009E1620">
        <w:rPr>
          <w:rFonts w:asciiTheme="minorHAnsi" w:hAnsiTheme="minorHAnsi"/>
          <w:sz w:val="21"/>
        </w:rPr>
        <w:t>pełnienie funkcji Koordynatora w Oddziale Intensywnej Terapii i Anestezjologii wraz z udzielaniem świadczeń zdrowotnych z zakresu anestezjologii i intensywnej terapii w Oddziale Intensywnej Terapii i Anestezjologii oraz pacjentom w innych oddziałach szpitala, wymagających świadczeń i konsultacji w powyższym zakresie</w:t>
      </w:r>
      <w:r w:rsidRPr="009E1620">
        <w:rPr>
          <w:rFonts w:asciiTheme="minorHAnsi" w:hAnsiTheme="minorHAnsi"/>
          <w:sz w:val="21"/>
        </w:rPr>
        <w:t>,</w:t>
      </w:r>
      <w:r w:rsidR="003D160D" w:rsidRPr="009E1620">
        <w:rPr>
          <w:rFonts w:asciiTheme="minorHAnsi" w:hAnsiTheme="minorHAnsi"/>
          <w:sz w:val="21"/>
        </w:rPr>
        <w:t xml:space="preserve"> </w:t>
      </w:r>
      <w:r w:rsidRPr="009E1620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9E1620">
        <w:rPr>
          <w:rFonts w:asciiTheme="minorHAnsi" w:hAnsiTheme="minorHAnsi"/>
          <w:sz w:val="21"/>
        </w:rPr>
        <w:t xml:space="preserve"> i</w:t>
      </w:r>
      <w:r w:rsidRPr="009E1620">
        <w:rPr>
          <w:rFonts w:asciiTheme="minorHAnsi" w:hAnsiTheme="minorHAnsi"/>
          <w:sz w:val="21"/>
        </w:rPr>
        <w:t xml:space="preserve"> obowiązującymi procedurami.</w:t>
      </w:r>
    </w:p>
    <w:p w14:paraId="4C67EF96" w14:textId="7F96C3B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</w:t>
      </w:r>
    </w:p>
    <w:p w14:paraId="4A5F1DF7" w14:textId="5883D75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37BD6">
        <w:rPr>
          <w:rFonts w:asciiTheme="minorHAnsi" w:hAnsiTheme="minorHAnsi"/>
          <w:sz w:val="21"/>
        </w:rPr>
        <w:t>Oddział Intensywnej Terapii i Anestezjologii, Blok Operacyjny, inne oddziały szpitalne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1A9CF12" w:rsidR="00606390" w:rsidRPr="00AF6ACC" w:rsidRDefault="0014577C" w:rsidP="009E1620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C7CDD" w:rsidRPr="009C7CDD">
        <w:rPr>
          <w:rFonts w:asciiTheme="minorHAnsi" w:hAnsiTheme="minorHAnsi"/>
          <w:b/>
          <w:sz w:val="21"/>
        </w:rPr>
        <w:t xml:space="preserve">na </w:t>
      </w:r>
      <w:r w:rsidR="009E1620" w:rsidRPr="009E1620">
        <w:rPr>
          <w:rFonts w:asciiTheme="minorHAnsi" w:hAnsiTheme="minorHAnsi"/>
          <w:b/>
          <w:sz w:val="21"/>
        </w:rPr>
        <w:t xml:space="preserve">pełnienie funkcji Koordynatora w Oddziale Intensywnej Terapii </w:t>
      </w:r>
      <w:r w:rsidR="009E1620">
        <w:rPr>
          <w:rFonts w:asciiTheme="minorHAnsi" w:hAnsiTheme="minorHAnsi"/>
          <w:b/>
          <w:sz w:val="21"/>
        </w:rPr>
        <w:br/>
      </w:r>
      <w:r w:rsidR="009E1620" w:rsidRPr="009E1620">
        <w:rPr>
          <w:rFonts w:asciiTheme="minorHAnsi" w:hAnsiTheme="minorHAnsi"/>
          <w:b/>
          <w:sz w:val="21"/>
        </w:rPr>
        <w:t xml:space="preserve">i Anestezjologii wraz z udzielaniem świadczeń zdrowotnych z zakresu anestezjologii </w:t>
      </w:r>
      <w:r w:rsidR="009E1620">
        <w:rPr>
          <w:rFonts w:asciiTheme="minorHAnsi" w:hAnsiTheme="minorHAnsi"/>
          <w:b/>
          <w:sz w:val="21"/>
        </w:rPr>
        <w:br/>
      </w:r>
      <w:r w:rsidR="009E1620" w:rsidRPr="009E1620">
        <w:rPr>
          <w:rFonts w:asciiTheme="minorHAnsi" w:hAnsiTheme="minorHAnsi"/>
          <w:b/>
          <w:sz w:val="21"/>
        </w:rPr>
        <w:t>i intensywnej terapii</w:t>
      </w:r>
      <w:r w:rsidR="009E1620">
        <w:rPr>
          <w:rFonts w:asciiTheme="minorHAnsi" w:hAnsiTheme="minorHAnsi"/>
          <w:b/>
          <w:sz w:val="21"/>
        </w:rPr>
        <w:t xml:space="preserve"> </w:t>
      </w:r>
      <w:r w:rsidR="009E1620" w:rsidRPr="009E1620">
        <w:rPr>
          <w:rFonts w:asciiTheme="minorHAnsi" w:hAnsiTheme="minorHAnsi"/>
          <w:b/>
          <w:sz w:val="21"/>
        </w:rPr>
        <w:t>w Oddziale Intensywnej Terapii i Anestezjologii oraz pacjentom w innych oddziałach szpitala, wymagających świadczeń i konsultacji w powyższym zakresie</w:t>
      </w:r>
      <w:r w:rsidR="009E1620">
        <w:rPr>
          <w:rFonts w:asciiTheme="minorHAnsi" w:hAnsiTheme="minorHAnsi"/>
          <w:b/>
          <w:sz w:val="21"/>
        </w:rPr>
        <w:t xml:space="preserve">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447307D3" w:rsidR="00606390" w:rsidRPr="00AF6ACC" w:rsidRDefault="005958B0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294697" w:rsidRPr="00AF6ACC" w14:paraId="14B960CF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A91E8" w14:textId="26C3A364" w:rsidR="00294697" w:rsidRPr="00AF6ACC" w:rsidRDefault="00294697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4E30" w14:textId="1EE62F89" w:rsidR="00294697" w:rsidRPr="009C7CDD" w:rsidRDefault="00294697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 xml:space="preserve">posiadanie min. 5 letniego doświadczenia w kierowaniu Oddziałem Intensywnej Terapii i Anestezjologii dla dzieci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90A2" w14:textId="5894C535" w:rsidR="00294697" w:rsidRDefault="005958B0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294697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90210B6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5958B0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4A88C95" w14:textId="1980C475" w:rsidR="00462714" w:rsidRPr="009C7CDD" w:rsidRDefault="00462714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Punkty za posiadanie min. 5 letniego doświadczenia w kierowaniu Oddziałem Intensywnej Terapii i Anestezjologii dla dzieci – </w:t>
      </w:r>
      <w:r w:rsidR="005958B0">
        <w:rPr>
          <w:rFonts w:asciiTheme="minorHAnsi" w:hAnsiTheme="minorHAnsi"/>
          <w:sz w:val="21"/>
        </w:rPr>
        <w:t>20</w:t>
      </w:r>
      <w:r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B371" w14:textId="77777777" w:rsidR="006A4FCE" w:rsidRPr="00AF6ACC" w:rsidRDefault="006A4FCE">
      <w:pPr>
        <w:spacing w:after="0" w:line="240" w:lineRule="auto"/>
      </w:pPr>
      <w:r w:rsidRPr="00AF6ACC">
        <w:separator/>
      </w:r>
    </w:p>
  </w:endnote>
  <w:endnote w:type="continuationSeparator" w:id="0">
    <w:p w14:paraId="0D0617EA" w14:textId="77777777" w:rsidR="006A4FCE" w:rsidRPr="00AF6ACC" w:rsidRDefault="006A4FCE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4640C" w14:textId="77777777" w:rsidR="006A4FCE" w:rsidRPr="00AF6ACC" w:rsidRDefault="006A4FCE">
      <w:pPr>
        <w:spacing w:after="0" w:line="240" w:lineRule="auto"/>
      </w:pPr>
      <w:r w:rsidRPr="00AF6ACC">
        <w:separator/>
      </w:r>
    </w:p>
  </w:footnote>
  <w:footnote w:type="continuationSeparator" w:id="0">
    <w:p w14:paraId="7EE2B72E" w14:textId="77777777" w:rsidR="006A4FCE" w:rsidRPr="00AF6ACC" w:rsidRDefault="006A4FCE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E13E9"/>
    <w:rsid w:val="001E49BF"/>
    <w:rsid w:val="0021153A"/>
    <w:rsid w:val="00282C61"/>
    <w:rsid w:val="00294697"/>
    <w:rsid w:val="0029639D"/>
    <w:rsid w:val="002A0B45"/>
    <w:rsid w:val="002F335E"/>
    <w:rsid w:val="00326F90"/>
    <w:rsid w:val="003924DD"/>
    <w:rsid w:val="003D160D"/>
    <w:rsid w:val="004171DB"/>
    <w:rsid w:val="00427C0F"/>
    <w:rsid w:val="00453DB9"/>
    <w:rsid w:val="00462714"/>
    <w:rsid w:val="004702D3"/>
    <w:rsid w:val="004A14BF"/>
    <w:rsid w:val="004B4A56"/>
    <w:rsid w:val="005958B0"/>
    <w:rsid w:val="006025EA"/>
    <w:rsid w:val="00606390"/>
    <w:rsid w:val="00612815"/>
    <w:rsid w:val="0066170B"/>
    <w:rsid w:val="006A4FCE"/>
    <w:rsid w:val="00716101"/>
    <w:rsid w:val="00740E28"/>
    <w:rsid w:val="007A56DE"/>
    <w:rsid w:val="007E1BD6"/>
    <w:rsid w:val="008A321F"/>
    <w:rsid w:val="00922D1D"/>
    <w:rsid w:val="009278B8"/>
    <w:rsid w:val="009B4559"/>
    <w:rsid w:val="009C7CDD"/>
    <w:rsid w:val="009E1620"/>
    <w:rsid w:val="009E37E6"/>
    <w:rsid w:val="00A001ED"/>
    <w:rsid w:val="00A771E5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76F01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2331</Words>
  <Characters>13991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22</cp:revision>
  <cp:lastPrinted>2026-09-23T08:42:00Z</cp:lastPrinted>
  <dcterms:created xsi:type="dcterms:W3CDTF">2026-09-23T09:26:00Z</dcterms:created>
  <dcterms:modified xsi:type="dcterms:W3CDTF">2026-09-29T05:22:00Z</dcterms:modified>
  <cp:category/>
</cp:coreProperties>
</file>