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2C5E7B3A" w:rsidR="00606390" w:rsidRPr="00AF6ACC" w:rsidRDefault="00137BD6" w:rsidP="00137BD6">
      <w:pPr>
        <w:spacing w:after="240"/>
        <w:jc w:val="center"/>
        <w:rPr>
          <w:rFonts w:asciiTheme="minorHAnsi" w:hAnsiTheme="minorHAnsi"/>
        </w:rPr>
      </w:pPr>
      <w:r w:rsidRPr="00137BD6">
        <w:rPr>
          <w:rFonts w:ascii="Cambria" w:hAnsi="Cambria"/>
          <w:b/>
        </w:rPr>
        <w:t xml:space="preserve">na udzielanie świadczeń zdrowotnych w zakresie anestezjologii i intensywnej terapii </w:t>
      </w:r>
      <w:r>
        <w:rPr>
          <w:rFonts w:ascii="Cambria" w:hAnsi="Cambria"/>
          <w:b/>
        </w:rPr>
        <w:br/>
      </w:r>
      <w:r w:rsidRPr="00137BD6">
        <w:rPr>
          <w:rFonts w:ascii="Cambria" w:hAnsi="Cambria"/>
          <w:b/>
        </w:rPr>
        <w:t>w Oddziale Intensywnej Terapii i Anestezjologii, na Bloku Operacyjnym oraz pacjentom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br/>
      </w:r>
      <w:r w:rsidRPr="00137BD6">
        <w:rPr>
          <w:rFonts w:ascii="Cambria" w:hAnsi="Cambria"/>
          <w:b/>
        </w:rPr>
        <w:t xml:space="preserve">w innych oddziałach szpitala, wymagających świadczeń w powyższym zakresie </w:t>
      </w:r>
      <w:r w:rsidR="00C3170B">
        <w:rPr>
          <w:rFonts w:ascii="Cambria" w:hAnsi="Cambria"/>
          <w:b/>
        </w:rPr>
        <w:t xml:space="preserve"> 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FF1F0B1" w:rsidR="00606390" w:rsidRPr="00137BD6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Przedmiotem konkursu jest </w:t>
      </w:r>
      <w:r w:rsidR="00137BD6" w:rsidRPr="00137BD6">
        <w:rPr>
          <w:rFonts w:asciiTheme="minorHAnsi" w:hAnsiTheme="minorHAnsi"/>
          <w:sz w:val="21"/>
        </w:rPr>
        <w:t xml:space="preserve">udzielanie świadczeń zdrowotnych w zakresie anestezjologii </w:t>
      </w:r>
      <w:r w:rsidR="00137BD6">
        <w:rPr>
          <w:rFonts w:asciiTheme="minorHAnsi" w:hAnsiTheme="minorHAnsi"/>
          <w:sz w:val="21"/>
        </w:rPr>
        <w:br/>
      </w:r>
      <w:r w:rsidR="00137BD6" w:rsidRPr="00137BD6">
        <w:rPr>
          <w:rFonts w:asciiTheme="minorHAnsi" w:hAnsiTheme="minorHAnsi"/>
          <w:sz w:val="21"/>
        </w:rPr>
        <w:t>i intensywnej terapii w Oddziale Intensywnej Terapii i Anestezjologii, na Bloku Operacyjnym oraz pacjentom w innych oddziałach szpitala</w:t>
      </w:r>
      <w:r w:rsidRPr="00137BD6">
        <w:rPr>
          <w:rFonts w:asciiTheme="minorHAnsi" w:hAnsiTheme="minorHAnsi"/>
          <w:sz w:val="21"/>
        </w:rPr>
        <w:t>,</w:t>
      </w:r>
      <w:r w:rsidR="003D160D" w:rsidRPr="00137BD6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137BD6">
        <w:rPr>
          <w:rFonts w:asciiTheme="minorHAnsi" w:hAnsiTheme="minorHAnsi"/>
          <w:sz w:val="21"/>
        </w:rPr>
        <w:t xml:space="preserve"> i</w:t>
      </w:r>
      <w:r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1AC234D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12</w:t>
      </w:r>
      <w:r w:rsidRPr="00AF6ACC">
        <w:rPr>
          <w:rFonts w:asciiTheme="minorHAnsi" w:hAnsiTheme="minorHAnsi"/>
          <w:sz w:val="21"/>
        </w:rPr>
        <w:t>.</w:t>
      </w:r>
    </w:p>
    <w:p w14:paraId="4A5F1DF7" w14:textId="5883D7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37BD6">
        <w:rPr>
          <w:rFonts w:asciiTheme="minorHAnsi" w:hAnsiTheme="minorHAnsi"/>
          <w:sz w:val="21"/>
        </w:rPr>
        <w:t>Oddział Intensywnej Terapii i Anestezjologii, Blok Operacyjny, inne oddziały szpitalne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262FE12" w:rsidR="00606390" w:rsidRPr="00AF6ACC" w:rsidRDefault="0014577C" w:rsidP="009C7CDD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C7CDD" w:rsidRPr="009C7CDD">
        <w:rPr>
          <w:rFonts w:asciiTheme="minorHAnsi" w:hAnsiTheme="minorHAnsi"/>
          <w:b/>
          <w:sz w:val="21"/>
        </w:rPr>
        <w:t xml:space="preserve">na udzielanie świadczeń zdrowotnych w zakresie anestezjologii i intensywnej terapii w Oddziale Intensywnej Terapii i Anestezjologii, na Bloku Operacyjnym oraz pacjentom </w:t>
      </w:r>
      <w:r w:rsidR="009C7CDD">
        <w:rPr>
          <w:rFonts w:asciiTheme="minorHAnsi" w:hAnsiTheme="minorHAnsi"/>
          <w:b/>
          <w:sz w:val="21"/>
        </w:rPr>
        <w:br/>
      </w:r>
      <w:r w:rsidR="009C7CDD" w:rsidRPr="009C7CDD">
        <w:rPr>
          <w:rFonts w:asciiTheme="minorHAnsi" w:hAnsiTheme="minorHAnsi"/>
          <w:b/>
          <w:sz w:val="21"/>
        </w:rPr>
        <w:t xml:space="preserve">w innych oddziałach szpitala, wymagających świadczeń w powyższym zakresie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9D33752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 w:rsidRPr="009C7CDD">
              <w:rPr>
                <w:rFonts w:asciiTheme="minorHAnsi" w:hAnsiTheme="minorHAnsi"/>
                <w:sz w:val="19"/>
              </w:rPr>
              <w:t xml:space="preserve">posiadanie tytułu specjalisty w dziedzinie anestezjologii i intensywnej terapii 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4B7F8013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BE5C56" w:rsidRPr="00BE5C56">
        <w:rPr>
          <w:rFonts w:asciiTheme="minorHAnsi" w:hAnsiTheme="minorHAnsi"/>
          <w:sz w:val="21"/>
        </w:rPr>
        <w:t xml:space="preserve">posiadanie </w:t>
      </w:r>
      <w:r w:rsidR="009C7CDD" w:rsidRPr="009C7CDD">
        <w:rPr>
          <w:rFonts w:asciiTheme="minorHAnsi" w:hAnsiTheme="minorHAnsi"/>
          <w:sz w:val="21"/>
        </w:rPr>
        <w:t xml:space="preserve">tytułu specjalisty w dziedzinie anestezjologii i intensywnej terapii  </w:t>
      </w:r>
      <w:r w:rsidR="007E1BD6" w:rsidRPr="00BE5C56">
        <w:rPr>
          <w:rFonts w:asciiTheme="minorHAnsi" w:hAnsiTheme="minorHAnsi"/>
          <w:sz w:val="21"/>
        </w:rPr>
        <w:t xml:space="preserve"> 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4329A" w14:textId="77777777" w:rsidR="00A12CEF" w:rsidRPr="00AF6ACC" w:rsidRDefault="00A12CEF">
      <w:pPr>
        <w:spacing w:after="0" w:line="240" w:lineRule="auto"/>
      </w:pPr>
      <w:r w:rsidRPr="00AF6ACC">
        <w:separator/>
      </w:r>
    </w:p>
  </w:endnote>
  <w:endnote w:type="continuationSeparator" w:id="0">
    <w:p w14:paraId="38A06FD9" w14:textId="77777777" w:rsidR="00A12CEF" w:rsidRPr="00AF6ACC" w:rsidRDefault="00A12CEF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48E0B" w14:textId="77777777" w:rsidR="00A12CEF" w:rsidRPr="00AF6ACC" w:rsidRDefault="00A12CEF">
      <w:pPr>
        <w:spacing w:after="0" w:line="240" w:lineRule="auto"/>
      </w:pPr>
      <w:r w:rsidRPr="00AF6ACC">
        <w:separator/>
      </w:r>
    </w:p>
  </w:footnote>
  <w:footnote w:type="continuationSeparator" w:id="0">
    <w:p w14:paraId="4C773D1A" w14:textId="77777777" w:rsidR="00A12CEF" w:rsidRPr="00AF6ACC" w:rsidRDefault="00A12CEF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639D"/>
    <w:rsid w:val="002F335E"/>
    <w:rsid w:val="00326F90"/>
    <w:rsid w:val="003924DD"/>
    <w:rsid w:val="003D160D"/>
    <w:rsid w:val="004171DB"/>
    <w:rsid w:val="00427C0F"/>
    <w:rsid w:val="00453DB9"/>
    <w:rsid w:val="004702D3"/>
    <w:rsid w:val="004B4A56"/>
    <w:rsid w:val="00606390"/>
    <w:rsid w:val="00612815"/>
    <w:rsid w:val="0066170B"/>
    <w:rsid w:val="00716101"/>
    <w:rsid w:val="00740E28"/>
    <w:rsid w:val="007A56DE"/>
    <w:rsid w:val="007E1BD6"/>
    <w:rsid w:val="008A321F"/>
    <w:rsid w:val="00922D1D"/>
    <w:rsid w:val="009278B8"/>
    <w:rsid w:val="009B4559"/>
    <w:rsid w:val="009B6239"/>
    <w:rsid w:val="009C7CDD"/>
    <w:rsid w:val="00A001ED"/>
    <w:rsid w:val="00A12CEF"/>
    <w:rsid w:val="00A91B66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2283</Words>
  <Characters>13703</Characters>
  <Application>Microsoft Office Word</Application>
  <DocSecurity>0</DocSecurity>
  <Lines>114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17</cp:revision>
  <cp:lastPrinted>2026-09-23T08:42:00Z</cp:lastPrinted>
  <dcterms:created xsi:type="dcterms:W3CDTF">2026-09-23T09:26:00Z</dcterms:created>
  <dcterms:modified xsi:type="dcterms:W3CDTF">2026-09-28T08:08:00Z</dcterms:modified>
  <cp:category/>
</cp:coreProperties>
</file>