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292F8508" w:rsidR="00606390" w:rsidRPr="00AF6ACC" w:rsidRDefault="00C3170B">
      <w:pPr>
        <w:spacing w:after="240"/>
        <w:jc w:val="center"/>
        <w:rPr>
          <w:rFonts w:asciiTheme="minorHAnsi" w:hAnsiTheme="minorHAnsi"/>
        </w:rPr>
      </w:pPr>
      <w:r w:rsidRPr="00E72F99">
        <w:rPr>
          <w:rFonts w:ascii="Cambria" w:hAnsi="Cambria"/>
          <w:b/>
        </w:rPr>
        <w:t xml:space="preserve">na </w:t>
      </w:r>
      <w:r>
        <w:rPr>
          <w:rFonts w:ascii="Cambria" w:hAnsi="Cambria"/>
          <w:b/>
        </w:rPr>
        <w:t xml:space="preserve">wykonywanie badań diagnostycznych w Dziale Diagnostyki Obrazowej </w:t>
      </w:r>
      <w:r w:rsidRPr="00E72F99">
        <w:rPr>
          <w:rFonts w:ascii="Cambria" w:hAnsi="Cambria"/>
          <w:b/>
        </w:rPr>
        <w:t>Wojewódzkiego Specjalistycznego Szpitala Dziecięcego im. prof. dr. Stanisława Popowskiego w Olsztynie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223CA1D4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Przedmiotem konkursu jest </w:t>
      </w:r>
      <w:r w:rsidR="00E02A4A">
        <w:rPr>
          <w:rFonts w:asciiTheme="minorHAnsi" w:hAnsiTheme="minorHAnsi"/>
          <w:sz w:val="21"/>
        </w:rPr>
        <w:t>wykonywanie badań diagnostycznych</w:t>
      </w:r>
      <w:r w:rsidRPr="00AF6ACC">
        <w:rPr>
          <w:rFonts w:asciiTheme="minorHAnsi" w:hAnsiTheme="minorHAnsi"/>
          <w:sz w:val="21"/>
        </w:rPr>
        <w:t xml:space="preserve"> przez </w:t>
      </w:r>
      <w:r w:rsidR="00C56E8A">
        <w:rPr>
          <w:rFonts w:asciiTheme="minorHAnsi" w:hAnsiTheme="minorHAnsi"/>
          <w:sz w:val="21"/>
        </w:rPr>
        <w:t>lekarki/</w:t>
      </w:r>
      <w:r w:rsidR="00E02A4A">
        <w:rPr>
          <w:rFonts w:asciiTheme="minorHAnsi" w:hAnsiTheme="minorHAnsi"/>
          <w:sz w:val="21"/>
        </w:rPr>
        <w:t xml:space="preserve">lekarzy specjalistów </w:t>
      </w:r>
      <w:r w:rsidR="003D160D">
        <w:rPr>
          <w:rFonts w:asciiTheme="minorHAnsi" w:hAnsiTheme="minorHAnsi"/>
          <w:sz w:val="21"/>
        </w:rPr>
        <w:t xml:space="preserve">lub w trakcie specjalizacji </w:t>
      </w:r>
      <w:r w:rsidR="00E02A4A">
        <w:rPr>
          <w:rFonts w:asciiTheme="minorHAnsi" w:hAnsiTheme="minorHAnsi"/>
          <w:sz w:val="21"/>
        </w:rPr>
        <w:t>radiologii i diagnostyki obrazowej</w:t>
      </w:r>
      <w:r w:rsidRPr="00AF6ACC">
        <w:rPr>
          <w:rFonts w:asciiTheme="minorHAnsi" w:hAnsiTheme="minorHAnsi"/>
          <w:sz w:val="21"/>
        </w:rPr>
        <w:t xml:space="preserve"> </w:t>
      </w:r>
      <w:r w:rsidR="00E02A4A">
        <w:rPr>
          <w:rFonts w:asciiTheme="minorHAnsi" w:hAnsiTheme="minorHAnsi"/>
          <w:sz w:val="21"/>
        </w:rPr>
        <w:t>z zakresu rentgenodiagnostyki, ultrasonografii, tomografii komputerowej oraz rezonansu magnetycznego wraz z pełnieniem dyżurów</w:t>
      </w:r>
      <w:r w:rsidR="003D160D">
        <w:rPr>
          <w:rFonts w:asciiTheme="minorHAnsi" w:hAnsiTheme="minorHAnsi"/>
          <w:sz w:val="21"/>
        </w:rPr>
        <w:t xml:space="preserve"> </w:t>
      </w:r>
      <w:r w:rsidR="00E02A4A">
        <w:rPr>
          <w:rFonts w:asciiTheme="minorHAnsi" w:hAnsiTheme="minorHAnsi"/>
          <w:sz w:val="21"/>
        </w:rPr>
        <w:t>medycznych</w:t>
      </w:r>
      <w:r w:rsidRPr="00AF6ACC">
        <w:rPr>
          <w:rFonts w:asciiTheme="minorHAnsi" w:hAnsiTheme="minorHAnsi"/>
          <w:sz w:val="21"/>
        </w:rPr>
        <w:t>,</w:t>
      </w:r>
      <w:r w:rsidR="003D160D">
        <w:rPr>
          <w:rFonts w:asciiTheme="minorHAnsi" w:hAnsiTheme="minorHAnsi"/>
          <w:sz w:val="21"/>
        </w:rPr>
        <w:t xml:space="preserve"> </w:t>
      </w:r>
      <w:r w:rsidRPr="00AF6ACC">
        <w:rPr>
          <w:rFonts w:asciiTheme="minorHAnsi" w:hAnsiTheme="minorHAnsi"/>
          <w:sz w:val="21"/>
        </w:rPr>
        <w:t>zgodnie z posiadanymi kwalifikacjami, aktualną wiedzą medyczną</w:t>
      </w:r>
      <w:r w:rsidR="00E02A4A">
        <w:rPr>
          <w:rFonts w:asciiTheme="minorHAnsi" w:hAnsiTheme="minorHAnsi"/>
          <w:sz w:val="21"/>
        </w:rPr>
        <w:t xml:space="preserve"> i</w:t>
      </w:r>
      <w:r w:rsidRPr="00AF6ACC">
        <w:rPr>
          <w:rFonts w:asciiTheme="minorHAnsi" w:hAnsiTheme="minorHAnsi"/>
          <w:sz w:val="21"/>
        </w:rPr>
        <w:t xml:space="preserve"> obowiązującymi procedurami.</w:t>
      </w:r>
    </w:p>
    <w:p w14:paraId="4C67EF96" w14:textId="318C617C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B93AA5">
        <w:rPr>
          <w:rFonts w:asciiTheme="minorHAnsi" w:hAnsiTheme="minorHAnsi"/>
          <w:sz w:val="21"/>
        </w:rPr>
        <w:t>7</w:t>
      </w:r>
      <w:r w:rsidRPr="00AF6ACC">
        <w:rPr>
          <w:rFonts w:asciiTheme="minorHAnsi" w:hAnsiTheme="minorHAnsi"/>
          <w:sz w:val="21"/>
        </w:rPr>
        <w:t>.</w:t>
      </w:r>
    </w:p>
    <w:p w14:paraId="4A5F1DF7" w14:textId="40B77E3A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Miejscem udzielania świadczeń </w:t>
      </w:r>
      <w:r w:rsidR="00E02A4A">
        <w:rPr>
          <w:rFonts w:asciiTheme="minorHAnsi" w:hAnsiTheme="minorHAnsi"/>
          <w:sz w:val="21"/>
        </w:rPr>
        <w:t>jest Dział Diagnostyki Obrazowej Wojewódzkiego Specjalistycznego Szpitala Dziecięcego w Olsztynie</w:t>
      </w:r>
    </w:p>
    <w:p w14:paraId="3E0D69B8" w14:textId="4E90A0B3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E02A4A">
        <w:rPr>
          <w:rFonts w:asciiTheme="minorHAnsi" w:hAnsiTheme="minorHAnsi"/>
          <w:sz w:val="21"/>
        </w:rPr>
        <w:t>2</w:t>
      </w:r>
      <w:r w:rsidR="003D160D">
        <w:rPr>
          <w:rFonts w:asciiTheme="minorHAnsi" w:hAnsiTheme="minorHAnsi"/>
          <w:sz w:val="21"/>
        </w:rPr>
        <w:t>6</w:t>
      </w:r>
      <w:r w:rsidR="00E02A4A">
        <w:rPr>
          <w:rFonts w:asciiTheme="minorHAnsi" w:hAnsiTheme="minorHAnsi"/>
          <w:sz w:val="21"/>
        </w:rPr>
        <w:t>.10.2026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D93BF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D93BF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D93BF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E02A4A">
        <w:rPr>
          <w:rFonts w:asciiTheme="minorHAnsi" w:hAnsiTheme="minorHAnsi"/>
          <w:sz w:val="21"/>
        </w:rPr>
        <w:t xml:space="preserve"> dla jednej osoby</w:t>
      </w:r>
    </w:p>
    <w:p w14:paraId="30FC5D91" w14:textId="6EA760D6" w:rsidR="00E02A4A" w:rsidRPr="00E02A4A" w:rsidRDefault="00E02A4A" w:rsidP="00E02A4A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>
        <w:rPr>
          <w:rFonts w:asciiTheme="minorHAnsi" w:hAnsiTheme="minorHAnsi"/>
          <w:sz w:val="21"/>
        </w:rPr>
        <w:t>3</w:t>
      </w:r>
      <w:r w:rsidR="00D93BF6">
        <w:rPr>
          <w:rFonts w:asciiTheme="minorHAnsi" w:hAnsiTheme="minorHAnsi"/>
          <w:sz w:val="21"/>
        </w:rPr>
        <w:t>1</w:t>
      </w:r>
      <w:r>
        <w:rPr>
          <w:rFonts w:asciiTheme="minorHAnsi" w:hAnsiTheme="minorHAnsi"/>
          <w:sz w:val="21"/>
        </w:rPr>
        <w:t>.</w:t>
      </w:r>
      <w:r w:rsidR="00D93BF6">
        <w:rPr>
          <w:rFonts w:asciiTheme="minorHAnsi" w:hAnsiTheme="minorHAnsi"/>
          <w:sz w:val="21"/>
        </w:rPr>
        <w:t>12</w:t>
      </w:r>
      <w:r>
        <w:rPr>
          <w:rFonts w:asciiTheme="minorHAnsi" w:hAnsiTheme="minorHAnsi"/>
          <w:sz w:val="21"/>
        </w:rPr>
        <w:t>.202</w:t>
      </w:r>
      <w:r w:rsidR="00D93BF6">
        <w:rPr>
          <w:rFonts w:asciiTheme="minorHAnsi" w:hAnsiTheme="minorHAnsi"/>
          <w:sz w:val="21"/>
        </w:rPr>
        <w:t>9</w:t>
      </w:r>
      <w:r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>
        <w:rPr>
          <w:rFonts w:asciiTheme="minorHAnsi" w:hAnsiTheme="minorHAnsi"/>
          <w:sz w:val="21"/>
        </w:rPr>
        <w:t xml:space="preserve"> dla </w:t>
      </w:r>
      <w:r w:rsidR="00B93AA5">
        <w:rPr>
          <w:rFonts w:asciiTheme="minorHAnsi" w:hAnsiTheme="minorHAnsi"/>
          <w:sz w:val="21"/>
        </w:rPr>
        <w:t>sześciu</w:t>
      </w:r>
      <w:r>
        <w:rPr>
          <w:rFonts w:asciiTheme="minorHAnsi" w:hAnsiTheme="minorHAnsi"/>
          <w:sz w:val="21"/>
        </w:rPr>
        <w:t xml:space="preserve"> osób.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3B7A79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3B7A79">
        <w:rPr>
          <w:rFonts w:asciiTheme="minorHAnsi" w:hAnsiTheme="minorHAnsi"/>
          <w:sz w:val="21"/>
          <w:szCs w:val="21"/>
        </w:rPr>
        <w:t>Do konkursu mo</w:t>
      </w:r>
      <w:r w:rsidR="00716101" w:rsidRPr="003B7A79">
        <w:rPr>
          <w:rFonts w:asciiTheme="minorHAnsi" w:hAnsiTheme="minorHAnsi"/>
          <w:sz w:val="21"/>
          <w:szCs w:val="21"/>
        </w:rPr>
        <w:t>gą</w:t>
      </w:r>
      <w:r w:rsidRPr="003B7A79">
        <w:rPr>
          <w:rFonts w:asciiTheme="minorHAnsi" w:hAnsiTheme="minorHAnsi"/>
          <w:sz w:val="21"/>
          <w:szCs w:val="21"/>
        </w:rPr>
        <w:t xml:space="preserve"> przystąpić </w:t>
      </w:r>
      <w:r w:rsidR="00716101" w:rsidRPr="003B7A79">
        <w:rPr>
          <w:rFonts w:asciiTheme="minorHAnsi" w:hAnsiTheme="minorHAnsi"/>
          <w:sz w:val="21"/>
          <w:szCs w:val="21"/>
        </w:rPr>
        <w:t>podmioty:</w:t>
      </w:r>
    </w:p>
    <w:p w14:paraId="2C45D2C1" w14:textId="035214DE" w:rsidR="00716101" w:rsidRPr="003B7A79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  <w:sz w:val="21"/>
          <w:szCs w:val="21"/>
        </w:rPr>
      </w:pPr>
      <w:r w:rsidRPr="003B7A79">
        <w:rPr>
          <w:rFonts w:asciiTheme="minorHAnsi" w:hAnsiTheme="minorHAnsi"/>
          <w:sz w:val="21"/>
          <w:szCs w:val="21"/>
        </w:rPr>
        <w:t>osoby fizyczne wykonujące zawód w ramach praktyki zawodowej w rozumieniu art. 5 ustawy z dnia 15 kwietnia 2011 r. o działalności leczniczej (Dz.U. z 2026 r. poz. 156, z późn. zm.);</w:t>
      </w:r>
    </w:p>
    <w:p w14:paraId="5E6C6983" w14:textId="54786DB3" w:rsidR="00716101" w:rsidRPr="003B7A79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  <w:sz w:val="21"/>
          <w:szCs w:val="21"/>
        </w:rPr>
      </w:pPr>
      <w:r w:rsidRPr="003B7A79">
        <w:rPr>
          <w:rFonts w:asciiTheme="minorHAnsi" w:hAnsiTheme="minorHAnsi"/>
          <w:sz w:val="21"/>
          <w:szCs w:val="21"/>
        </w:rPr>
        <w:t>zakres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630E1D1E" w:rsidR="00606390" w:rsidRPr="00AF6ACC" w:rsidRDefault="0014577C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21153A" w:rsidRPr="0021153A">
        <w:rPr>
          <w:rFonts w:asciiTheme="minorHAnsi" w:hAnsiTheme="minorHAnsi"/>
          <w:b/>
          <w:sz w:val="21"/>
        </w:rPr>
        <w:t xml:space="preserve">wykonywanie badań diagnostycznych w Dziale Diagnostyki Obrazowej Wojewódzkiego Specjalistycznego Szpitala Dziecięcego im. prof. dr. Stanisława Popowskiego </w:t>
      </w:r>
      <w:r w:rsidR="0021153A">
        <w:rPr>
          <w:rFonts w:asciiTheme="minorHAnsi" w:hAnsiTheme="minorHAnsi"/>
          <w:b/>
          <w:sz w:val="21"/>
        </w:rPr>
        <w:br/>
      </w:r>
      <w:r w:rsidR="0021153A" w:rsidRPr="0021153A">
        <w:rPr>
          <w:rFonts w:asciiTheme="minorHAnsi" w:hAnsiTheme="minorHAnsi"/>
          <w:b/>
          <w:sz w:val="21"/>
        </w:rPr>
        <w:t>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2D4A0BD6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 xml:space="preserve">Cena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73A10AEC" w:rsidR="00606390" w:rsidRPr="00AF6ACC" w:rsidRDefault="00F37B44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7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2D7CA017" w:rsidR="00606390" w:rsidRPr="00AF6ACC" w:rsidRDefault="0021153A">
            <w:pPr>
              <w:spacing w:after="0"/>
              <w:rPr>
                <w:rFonts w:asciiTheme="minorHAnsi" w:hAnsiTheme="minorHAnsi"/>
              </w:rPr>
            </w:pPr>
            <w:r w:rsidRPr="0021153A">
              <w:rPr>
                <w:rFonts w:asciiTheme="minorHAnsi" w:hAnsiTheme="minorHAnsi"/>
                <w:sz w:val="19"/>
              </w:rPr>
              <w:t xml:space="preserve">posiadanie udokumentowanego doświadczenia w udzielaniu świadczeń w dziedzinie radiologii i </w:t>
            </w:r>
            <w:r>
              <w:rPr>
                <w:rFonts w:asciiTheme="minorHAnsi" w:hAnsiTheme="minorHAnsi"/>
                <w:sz w:val="19"/>
              </w:rPr>
              <w:t>d</w:t>
            </w:r>
            <w:r w:rsidRPr="0021153A">
              <w:rPr>
                <w:rFonts w:asciiTheme="minorHAnsi" w:hAnsiTheme="minorHAnsi"/>
                <w:sz w:val="19"/>
              </w:rPr>
              <w:t>iagnostyki obrazowej u dzieci</w:t>
            </w:r>
            <w:r>
              <w:rPr>
                <w:rFonts w:asciiTheme="minorHAnsi" w:hAnsiTheme="minorHAnsi"/>
                <w:sz w:val="19"/>
              </w:rPr>
              <w:br/>
            </w:r>
            <w:r w:rsidRPr="0021153A">
              <w:rPr>
                <w:rFonts w:asciiTheme="minorHAnsi" w:hAnsiTheme="minorHAnsi"/>
                <w:sz w:val="19"/>
              </w:rPr>
              <w:t xml:space="preserve"> i młodzieży   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4BF9C72B" w:rsidR="00606390" w:rsidRPr="00AF6ACC" w:rsidRDefault="00F37B44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15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  <w:tr w:rsidR="00F37B44" w:rsidRPr="00AF6ACC" w14:paraId="2D3F25F9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91EA54" w14:textId="6AA07A40" w:rsidR="00F37B44" w:rsidRPr="00AF6ACC" w:rsidRDefault="00F37B44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3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D75EB9" w14:textId="01035541" w:rsidR="00F37B44" w:rsidRPr="0021153A" w:rsidRDefault="00F37B44">
            <w:pPr>
              <w:spacing w:after="0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 xml:space="preserve">posiadanie tytułu specjalisty w dziedzinie radiologii i diagnostyki obrazowej 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59C09E" w14:textId="7C4232BA" w:rsidR="00F37B44" w:rsidRPr="00AF6ACC" w:rsidRDefault="00F37B44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15%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46150D4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F37B44">
        <w:rPr>
          <w:rFonts w:asciiTheme="minorHAnsi" w:hAnsiTheme="minorHAnsi"/>
          <w:sz w:val="21"/>
        </w:rPr>
        <w:t>7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2012D25A" w:rsidR="00606390" w:rsidRPr="00F37B44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</w:t>
      </w:r>
      <w:r w:rsidR="00BE5C56" w:rsidRPr="00BE5C56">
        <w:rPr>
          <w:rFonts w:asciiTheme="minorHAnsi" w:hAnsiTheme="minorHAnsi"/>
          <w:sz w:val="21"/>
        </w:rPr>
        <w:t xml:space="preserve">posiadanie udokumentowanego doświadczenia w udzielaniu świadczeń w dziedzinie </w:t>
      </w:r>
      <w:r w:rsidR="00BE5C56">
        <w:rPr>
          <w:rFonts w:asciiTheme="minorHAnsi" w:hAnsiTheme="minorHAnsi"/>
          <w:sz w:val="21"/>
        </w:rPr>
        <w:t xml:space="preserve">radiologii </w:t>
      </w:r>
      <w:r w:rsidR="00BE5C56" w:rsidRPr="00BE5C56">
        <w:rPr>
          <w:rFonts w:asciiTheme="minorHAnsi" w:hAnsiTheme="minorHAnsi"/>
          <w:sz w:val="21"/>
        </w:rPr>
        <w:t>i</w:t>
      </w:r>
      <w:r w:rsidR="00BE5C56">
        <w:rPr>
          <w:rFonts w:asciiTheme="minorHAnsi" w:hAnsiTheme="minorHAnsi"/>
          <w:sz w:val="21"/>
        </w:rPr>
        <w:t xml:space="preserve"> </w:t>
      </w:r>
      <w:r w:rsidR="00BE5C56" w:rsidRPr="00BE5C56">
        <w:rPr>
          <w:rFonts w:asciiTheme="minorHAnsi" w:hAnsiTheme="minorHAnsi"/>
          <w:sz w:val="21"/>
        </w:rPr>
        <w:t>diagnostyki</w:t>
      </w:r>
      <w:r w:rsidR="00BE5C56">
        <w:rPr>
          <w:rFonts w:asciiTheme="minorHAnsi" w:hAnsiTheme="minorHAnsi"/>
          <w:sz w:val="21"/>
        </w:rPr>
        <w:t xml:space="preserve"> </w:t>
      </w:r>
      <w:r w:rsidR="00BE5C56" w:rsidRPr="00BE5C56">
        <w:rPr>
          <w:rFonts w:asciiTheme="minorHAnsi" w:hAnsiTheme="minorHAnsi"/>
          <w:sz w:val="21"/>
        </w:rPr>
        <w:t>obrazowe</w:t>
      </w:r>
      <w:r w:rsidR="007E1BD6">
        <w:rPr>
          <w:rFonts w:asciiTheme="minorHAnsi" w:hAnsiTheme="minorHAnsi"/>
          <w:sz w:val="21"/>
        </w:rPr>
        <w:t xml:space="preserve"> </w:t>
      </w:r>
      <w:r w:rsidR="00BE5C56" w:rsidRPr="00BE5C56">
        <w:rPr>
          <w:rFonts w:asciiTheme="minorHAnsi" w:hAnsiTheme="minorHAnsi"/>
          <w:sz w:val="21"/>
        </w:rPr>
        <w:t>u</w:t>
      </w:r>
      <w:r w:rsidR="007E1BD6">
        <w:rPr>
          <w:rFonts w:asciiTheme="minorHAnsi" w:hAnsiTheme="minorHAnsi"/>
          <w:sz w:val="21"/>
        </w:rPr>
        <w:t xml:space="preserve"> </w:t>
      </w:r>
      <w:r w:rsidR="00BE5C56" w:rsidRPr="00BE5C56">
        <w:rPr>
          <w:rFonts w:asciiTheme="minorHAnsi" w:hAnsiTheme="minorHAnsi"/>
          <w:sz w:val="21"/>
        </w:rPr>
        <w:t xml:space="preserve">dzieci i </w:t>
      </w:r>
      <w:r w:rsidR="007E1BD6" w:rsidRPr="00BE5C56">
        <w:rPr>
          <w:rFonts w:asciiTheme="minorHAnsi" w:hAnsiTheme="minorHAnsi"/>
          <w:sz w:val="21"/>
        </w:rPr>
        <w:t>młodzieży -</w:t>
      </w:r>
      <w:r w:rsidR="007E1BD6">
        <w:rPr>
          <w:rFonts w:asciiTheme="minorHAnsi" w:hAnsiTheme="minorHAnsi"/>
          <w:sz w:val="21"/>
        </w:rPr>
        <w:t xml:space="preserve"> </w:t>
      </w:r>
      <w:r w:rsidR="00F37B44">
        <w:rPr>
          <w:rFonts w:asciiTheme="minorHAnsi" w:hAnsiTheme="minorHAnsi"/>
          <w:sz w:val="21"/>
        </w:rPr>
        <w:t>15</w:t>
      </w:r>
      <w:r w:rsidR="007E1BD6">
        <w:rPr>
          <w:rFonts w:asciiTheme="minorHAnsi" w:hAnsiTheme="minorHAnsi"/>
          <w:sz w:val="21"/>
        </w:rPr>
        <w:t xml:space="preserve"> pkt.</w:t>
      </w:r>
    </w:p>
    <w:p w14:paraId="1C39711C" w14:textId="59449C3D" w:rsidR="00F37B44" w:rsidRDefault="00F37B44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Punkty za </w:t>
      </w:r>
      <w:r w:rsidRPr="00F37B44">
        <w:rPr>
          <w:rFonts w:asciiTheme="minorHAnsi" w:hAnsiTheme="minorHAnsi"/>
          <w:sz w:val="21"/>
          <w:szCs w:val="21"/>
        </w:rPr>
        <w:t>posiadanie tytułu specjalisty w dziedzinie radiologii i diagnostyki obrazowej</w:t>
      </w:r>
      <w:r>
        <w:rPr>
          <w:rFonts w:asciiTheme="minorHAnsi" w:hAnsiTheme="minorHAnsi"/>
          <w:sz w:val="21"/>
          <w:szCs w:val="21"/>
        </w:rPr>
        <w:t>:</w:t>
      </w:r>
    </w:p>
    <w:p w14:paraId="2D9580CE" w14:textId="690536B5" w:rsidR="00F37B44" w:rsidRDefault="00F37B44" w:rsidP="00F37B44">
      <w:pPr>
        <w:pStyle w:val="Akapitzlist"/>
        <w:numPr>
          <w:ilvl w:val="0"/>
          <w:numId w:val="39"/>
        </w:numPr>
        <w:spacing w:after="80"/>
        <w:ind w:left="709" w:hanging="342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tytuł specjalisty</w:t>
      </w:r>
      <w:r w:rsidR="00C65B3D">
        <w:rPr>
          <w:rFonts w:asciiTheme="minorHAnsi" w:hAnsiTheme="minorHAnsi"/>
          <w:sz w:val="21"/>
          <w:szCs w:val="21"/>
        </w:rPr>
        <w:t xml:space="preserve"> w dziedzinie radiologii i diagnostyki obrazowej</w:t>
      </w:r>
      <w:r>
        <w:rPr>
          <w:rFonts w:asciiTheme="minorHAnsi" w:hAnsiTheme="minorHAnsi"/>
          <w:sz w:val="21"/>
          <w:szCs w:val="21"/>
        </w:rPr>
        <w:t xml:space="preserve"> – 10 pkt,</w:t>
      </w:r>
    </w:p>
    <w:p w14:paraId="56DA72FB" w14:textId="5900770C" w:rsidR="00F37B44" w:rsidRPr="00F37B44" w:rsidRDefault="00F37B44" w:rsidP="00F37B44">
      <w:pPr>
        <w:pStyle w:val="Akapitzlist"/>
        <w:numPr>
          <w:ilvl w:val="0"/>
          <w:numId w:val="39"/>
        </w:numPr>
        <w:spacing w:after="80"/>
        <w:ind w:left="709" w:hanging="342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w trakcie specjalizacji</w:t>
      </w:r>
      <w:r w:rsidR="003B7A79">
        <w:rPr>
          <w:rFonts w:asciiTheme="minorHAnsi" w:hAnsiTheme="minorHAnsi"/>
          <w:sz w:val="21"/>
          <w:szCs w:val="21"/>
        </w:rPr>
        <w:t>,</w:t>
      </w:r>
      <w:r>
        <w:rPr>
          <w:rFonts w:asciiTheme="minorHAnsi" w:hAnsiTheme="minorHAnsi"/>
          <w:sz w:val="21"/>
          <w:szCs w:val="21"/>
        </w:rPr>
        <w:t xml:space="preserve"> </w:t>
      </w:r>
      <w:r w:rsidR="003B7A79">
        <w:rPr>
          <w:rFonts w:asciiTheme="minorHAnsi" w:hAnsiTheme="minorHAnsi"/>
          <w:sz w:val="21"/>
          <w:szCs w:val="21"/>
        </w:rPr>
        <w:t xml:space="preserve">po 2 roku </w:t>
      </w:r>
      <w:r w:rsidR="00C65B3D" w:rsidRPr="00C65B3D">
        <w:rPr>
          <w:rFonts w:asciiTheme="minorHAnsi" w:hAnsiTheme="minorHAnsi"/>
          <w:sz w:val="21"/>
          <w:szCs w:val="21"/>
        </w:rPr>
        <w:t xml:space="preserve">w dziedzinie radiologii i diagnostyki obrazowej </w:t>
      </w:r>
      <w:r>
        <w:rPr>
          <w:rFonts w:asciiTheme="minorHAnsi" w:hAnsiTheme="minorHAnsi"/>
          <w:sz w:val="21"/>
          <w:szCs w:val="21"/>
        </w:rPr>
        <w:t>– 5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641F1" w14:textId="77777777" w:rsidR="00A15AA5" w:rsidRPr="00AF6ACC" w:rsidRDefault="00A15AA5">
      <w:pPr>
        <w:spacing w:after="0" w:line="240" w:lineRule="auto"/>
      </w:pPr>
      <w:r w:rsidRPr="00AF6ACC">
        <w:separator/>
      </w:r>
    </w:p>
  </w:endnote>
  <w:endnote w:type="continuationSeparator" w:id="0">
    <w:p w14:paraId="48DDCBF0" w14:textId="77777777" w:rsidR="00A15AA5" w:rsidRPr="00AF6ACC" w:rsidRDefault="00A15AA5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A7700" w14:textId="77777777" w:rsidR="00A15AA5" w:rsidRPr="00AF6ACC" w:rsidRDefault="00A15AA5">
      <w:pPr>
        <w:spacing w:after="0" w:line="240" w:lineRule="auto"/>
      </w:pPr>
      <w:r w:rsidRPr="00AF6ACC">
        <w:separator/>
      </w:r>
    </w:p>
  </w:footnote>
  <w:footnote w:type="continuationSeparator" w:id="0">
    <w:p w14:paraId="5D3FCB3F" w14:textId="77777777" w:rsidR="00A15AA5" w:rsidRPr="00AF6ACC" w:rsidRDefault="00A15AA5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19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7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8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4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6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5"/>
  </w:num>
  <w:num w:numId="11" w16cid:durableId="507991075">
    <w:abstractNumId w:val="14"/>
  </w:num>
  <w:num w:numId="12" w16cid:durableId="1184825422">
    <w:abstractNumId w:val="22"/>
  </w:num>
  <w:num w:numId="13" w16cid:durableId="1354380556">
    <w:abstractNumId w:val="21"/>
  </w:num>
  <w:num w:numId="14" w16cid:durableId="1330912483">
    <w:abstractNumId w:val="8"/>
  </w:num>
  <w:num w:numId="15" w16cid:durableId="959722530">
    <w:abstractNumId w:val="28"/>
  </w:num>
  <w:num w:numId="16" w16cid:durableId="1500733415">
    <w:abstractNumId w:val="34"/>
  </w:num>
  <w:num w:numId="17" w16cid:durableId="1131943816">
    <w:abstractNumId w:val="33"/>
  </w:num>
  <w:num w:numId="18" w16cid:durableId="1631670342">
    <w:abstractNumId w:val="32"/>
  </w:num>
  <w:num w:numId="19" w16cid:durableId="1974212676">
    <w:abstractNumId w:val="23"/>
  </w:num>
  <w:num w:numId="20" w16cid:durableId="491330965">
    <w:abstractNumId w:val="12"/>
  </w:num>
  <w:num w:numId="21" w16cid:durableId="753740404">
    <w:abstractNumId w:val="37"/>
  </w:num>
  <w:num w:numId="22" w16cid:durableId="505943221">
    <w:abstractNumId w:val="31"/>
  </w:num>
  <w:num w:numId="23" w16cid:durableId="2099213406">
    <w:abstractNumId w:val="38"/>
  </w:num>
  <w:num w:numId="24" w16cid:durableId="1565601592">
    <w:abstractNumId w:val="16"/>
  </w:num>
  <w:num w:numId="25" w16cid:durableId="29647856">
    <w:abstractNumId w:val="29"/>
  </w:num>
  <w:num w:numId="26" w16cid:durableId="1330980027">
    <w:abstractNumId w:val="15"/>
  </w:num>
  <w:num w:numId="27" w16cid:durableId="1164322336">
    <w:abstractNumId w:val="13"/>
  </w:num>
  <w:num w:numId="28" w16cid:durableId="1635254486">
    <w:abstractNumId w:val="20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5"/>
  </w:num>
  <w:num w:numId="32" w16cid:durableId="1403331819">
    <w:abstractNumId w:val="30"/>
  </w:num>
  <w:num w:numId="33" w16cid:durableId="1651598328">
    <w:abstractNumId w:val="17"/>
  </w:num>
  <w:num w:numId="34" w16cid:durableId="1622999394">
    <w:abstractNumId w:val="19"/>
  </w:num>
  <w:num w:numId="35" w16cid:durableId="812989444">
    <w:abstractNumId w:val="24"/>
  </w:num>
  <w:num w:numId="36" w16cid:durableId="1701198366">
    <w:abstractNumId w:val="27"/>
  </w:num>
  <w:num w:numId="37" w16cid:durableId="1795175852">
    <w:abstractNumId w:val="18"/>
  </w:num>
  <w:num w:numId="38" w16cid:durableId="1073695517">
    <w:abstractNumId w:val="26"/>
  </w:num>
  <w:num w:numId="39" w16cid:durableId="42488010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841"/>
    <w:rsid w:val="0014577C"/>
    <w:rsid w:val="0015074B"/>
    <w:rsid w:val="001E13E9"/>
    <w:rsid w:val="001E49BF"/>
    <w:rsid w:val="0021153A"/>
    <w:rsid w:val="00282C61"/>
    <w:rsid w:val="0029639D"/>
    <w:rsid w:val="002F335E"/>
    <w:rsid w:val="00326F90"/>
    <w:rsid w:val="003924DD"/>
    <w:rsid w:val="003B7A79"/>
    <w:rsid w:val="003D160D"/>
    <w:rsid w:val="004171DB"/>
    <w:rsid w:val="00427C0F"/>
    <w:rsid w:val="00453DB9"/>
    <w:rsid w:val="004702D3"/>
    <w:rsid w:val="004B4A56"/>
    <w:rsid w:val="005936FF"/>
    <w:rsid w:val="00606390"/>
    <w:rsid w:val="00612815"/>
    <w:rsid w:val="00716101"/>
    <w:rsid w:val="00740E28"/>
    <w:rsid w:val="007A56DE"/>
    <w:rsid w:val="007E1BD6"/>
    <w:rsid w:val="008A321F"/>
    <w:rsid w:val="00922D1D"/>
    <w:rsid w:val="009278B8"/>
    <w:rsid w:val="00A001ED"/>
    <w:rsid w:val="00A15AA5"/>
    <w:rsid w:val="00AA1D8D"/>
    <w:rsid w:val="00AA1F36"/>
    <w:rsid w:val="00AB1865"/>
    <w:rsid w:val="00AF6ACC"/>
    <w:rsid w:val="00B46EAC"/>
    <w:rsid w:val="00B47730"/>
    <w:rsid w:val="00B93AA5"/>
    <w:rsid w:val="00B94774"/>
    <w:rsid w:val="00BD03F7"/>
    <w:rsid w:val="00BE5C56"/>
    <w:rsid w:val="00C03128"/>
    <w:rsid w:val="00C3170B"/>
    <w:rsid w:val="00C56E8A"/>
    <w:rsid w:val="00C65B3D"/>
    <w:rsid w:val="00C849C7"/>
    <w:rsid w:val="00CA4002"/>
    <w:rsid w:val="00CB0664"/>
    <w:rsid w:val="00D306B3"/>
    <w:rsid w:val="00D5680B"/>
    <w:rsid w:val="00D77A48"/>
    <w:rsid w:val="00D93BF6"/>
    <w:rsid w:val="00DA403B"/>
    <w:rsid w:val="00E02A4A"/>
    <w:rsid w:val="00E10DC3"/>
    <w:rsid w:val="00E31F9C"/>
    <w:rsid w:val="00E41128"/>
    <w:rsid w:val="00E503B7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2339</Words>
  <Characters>14038</Characters>
  <Application>Microsoft Office Word</Application>
  <DocSecurity>0</DocSecurity>
  <Lines>116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18</cp:revision>
  <cp:lastPrinted>2026-09-23T08:42:00Z</cp:lastPrinted>
  <dcterms:created xsi:type="dcterms:W3CDTF">2026-09-23T09:26:00Z</dcterms:created>
  <dcterms:modified xsi:type="dcterms:W3CDTF">2026-09-28T12:21:00Z</dcterms:modified>
  <cp:category/>
</cp:coreProperties>
</file>